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934" w:rsidRDefault="009A383D">
      <w:pPr>
        <w:autoSpaceDE w:val="0"/>
        <w:autoSpaceDN w:val="0"/>
        <w:spacing w:after="78" w:line="220" w:lineRule="exact"/>
      </w:pPr>
      <w:r>
        <w:rPr>
          <w:noProof/>
          <w:lang w:val="ru-RU" w:eastAsia="ru-RU"/>
        </w:rPr>
        <w:drawing>
          <wp:inline distT="0" distB="0" distL="0" distR="0">
            <wp:extent cx="6530340" cy="8976220"/>
            <wp:effectExtent l="0" t="0" r="3810" b="0"/>
            <wp:docPr id="1" name="Рисунок 1" descr="E:\Рисунок (1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исунок (15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89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34" w:rsidRPr="009A383D" w:rsidRDefault="009A383D">
      <w:pPr>
        <w:autoSpaceDE w:val="0"/>
        <w:autoSpaceDN w:val="0"/>
        <w:spacing w:after="0" w:line="230" w:lineRule="auto"/>
        <w:ind w:left="1494"/>
        <w:rPr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6530340" cy="8976220"/>
            <wp:effectExtent l="0" t="0" r="3810" b="0"/>
            <wp:docPr id="2" name="Рисунок 2" descr="E:\Рисунок (1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исунок (15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89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34" w:rsidRDefault="003E0934">
      <w:pPr>
        <w:autoSpaceDE w:val="0"/>
        <w:autoSpaceDN w:val="0"/>
        <w:spacing w:before="670" w:after="1376" w:line="230" w:lineRule="auto"/>
        <w:ind w:right="3448"/>
        <w:jc w:val="right"/>
      </w:pPr>
    </w:p>
    <w:p w:rsidR="003E0934" w:rsidRPr="009A383D" w:rsidRDefault="003E0934">
      <w:pPr>
        <w:autoSpaceDE w:val="0"/>
        <w:autoSpaceDN w:val="0"/>
        <w:spacing w:after="432" w:line="220" w:lineRule="exact"/>
        <w:rPr>
          <w:lang w:val="ru-RU"/>
        </w:rPr>
      </w:pPr>
    </w:p>
    <w:p w:rsidR="003E0934" w:rsidRPr="009A383D" w:rsidRDefault="003E0934">
      <w:pPr>
        <w:autoSpaceDE w:val="0"/>
        <w:autoSpaceDN w:val="0"/>
        <w:spacing w:after="216" w:line="220" w:lineRule="exact"/>
        <w:rPr>
          <w:lang w:val="ru-RU"/>
        </w:rPr>
      </w:pPr>
      <w:bookmarkStart w:id="0" w:name="_GoBack"/>
      <w:bookmarkEnd w:id="0"/>
    </w:p>
    <w:p w:rsidR="003E0934" w:rsidRPr="009A383D" w:rsidRDefault="009A383D">
      <w:pPr>
        <w:autoSpaceDE w:val="0"/>
        <w:autoSpaceDN w:val="0"/>
        <w:spacing w:after="0" w:line="230" w:lineRule="auto"/>
        <w:rPr>
          <w:lang w:val="ru-RU"/>
        </w:rPr>
      </w:pPr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3E0934" w:rsidRPr="009A383D" w:rsidRDefault="009A383D">
      <w:pPr>
        <w:autoSpaceDE w:val="0"/>
        <w:autoSpaceDN w:val="0"/>
        <w:spacing w:before="466" w:after="0" w:line="230" w:lineRule="auto"/>
        <w:ind w:left="180"/>
        <w:rPr>
          <w:lang w:val="ru-RU"/>
        </w:rPr>
      </w:pPr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«ОБЩЕСТВОЗНАНИЕ»</w:t>
      </w:r>
    </w:p>
    <w:p w:rsidR="003E0934" w:rsidRPr="009A383D" w:rsidRDefault="009A383D">
      <w:pPr>
        <w:autoSpaceDE w:val="0"/>
        <w:autoSpaceDN w:val="0"/>
        <w:spacing w:before="190" w:after="0" w:line="286" w:lineRule="auto"/>
        <w:ind w:firstLine="18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обществознанию для 6 класса составлена на основе положений и требований к результатам освоения основной образовательной програм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Примерной программы воспитания (2020 г.). Общес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3E0934" w:rsidRPr="009A383D" w:rsidRDefault="009A383D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курса «Обществознание», включающего знания о российском обществе и направлениях 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</w:t>
      </w:r>
      <w:r w:rsidRPr="009A383D">
        <w:rPr>
          <w:lang w:val="ru-RU"/>
        </w:rPr>
        <w:br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идентичности, готовности к служению Отечеству, приверженности </w:t>
      </w:r>
      <w:proofErr w:type="spellStart"/>
      <w:proofErr w:type="gram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нацио</w:t>
      </w:r>
      <w:proofErr w:type="spell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нальным</w:t>
      </w:r>
      <w:proofErr w:type="spellEnd"/>
      <w:proofErr w:type="gram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це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нностям.</w:t>
      </w:r>
    </w:p>
    <w:p w:rsidR="003E0934" w:rsidRPr="009A383D" w:rsidRDefault="009A383D">
      <w:pPr>
        <w:autoSpaceDE w:val="0"/>
        <w:autoSpaceDN w:val="0"/>
        <w:spacing w:before="70" w:after="0"/>
        <w:ind w:right="144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Привлечение при изучении курса различных источников социальной информации, включая СМИ и Интернет, помогает школьникам освоить язык современной культурной, социально-экономической и политической коммуникации, вносит свой вклад в формирование </w:t>
      </w:r>
      <w:proofErr w:type="spell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метап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редметных</w:t>
      </w:r>
      <w:proofErr w:type="spell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умений извлекать необходимые сведения, осмысливать, преобразовывать и применять их.</w:t>
      </w:r>
    </w:p>
    <w:p w:rsidR="003E0934" w:rsidRPr="009A383D" w:rsidRDefault="009A383D">
      <w:pPr>
        <w:autoSpaceDE w:val="0"/>
        <w:autoSpaceDN w:val="0"/>
        <w:spacing w:before="70" w:after="0"/>
        <w:ind w:firstLine="18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Изучение учебного курса «Обществознание» содействует вхождению обучающихся в мир культуры и общественных ценностей и в то же время открытию и утверждению собствен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ного «Я», </w:t>
      </w:r>
      <w:r w:rsidRPr="009A383D">
        <w:rPr>
          <w:lang w:val="ru-RU"/>
        </w:rPr>
        <w:br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формированию способности к рефлексии, оценке своих возможностей и осознанию своего места в обществе.</w:t>
      </w:r>
    </w:p>
    <w:p w:rsidR="003E0934" w:rsidRPr="009A383D" w:rsidRDefault="009A383D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«ОБЩЕСТВОЗНАНИЕ»</w:t>
      </w:r>
    </w:p>
    <w:p w:rsidR="003E0934" w:rsidRPr="009A383D" w:rsidRDefault="009A383D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Целями обществоведческого образования в основной школе являются:</w:t>
      </w:r>
    </w:p>
    <w:p w:rsidR="003E0934" w:rsidRPr="009A383D" w:rsidRDefault="009A383D">
      <w:pPr>
        <w:autoSpaceDE w:val="0"/>
        <w:autoSpaceDN w:val="0"/>
        <w:spacing w:before="178" w:after="0" w:line="262" w:lineRule="auto"/>
        <w:ind w:left="420" w:right="288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воспитание общероссийской идентичности, патриотизма, гражданственности, социальной ответственности, правового ​самосознания, приверженности базовым ценностям нашего народа;</w:t>
      </w:r>
    </w:p>
    <w:p w:rsidR="003E0934" w:rsidRPr="009A383D" w:rsidRDefault="009A383D">
      <w:pPr>
        <w:autoSpaceDE w:val="0"/>
        <w:autoSpaceDN w:val="0"/>
        <w:spacing w:before="192" w:after="0" w:line="271" w:lineRule="auto"/>
        <w:ind w:left="420" w:right="288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развитие у обучающихся понимания приоритетности общенациональных интересов, п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3E0934" w:rsidRPr="009A383D" w:rsidRDefault="009A383D">
      <w:pPr>
        <w:autoSpaceDE w:val="0"/>
        <w:autoSpaceDN w:val="0"/>
        <w:spacing w:before="190" w:after="0" w:line="281" w:lineRule="auto"/>
        <w:ind w:left="420" w:right="288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развитие личности на исключительно важном этапе её социализации — в подростковом возрасте, становление её духовно-нравственной, по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литической и правовой культуры, </w:t>
      </w:r>
      <w:r w:rsidRPr="009A383D">
        <w:rPr>
          <w:lang w:val="ru-RU"/>
        </w:rPr>
        <w:br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производительной, наукоёмкой трудовой деятельности;</w:t>
      </w:r>
    </w:p>
    <w:p w:rsidR="003E0934" w:rsidRPr="009A383D" w:rsidRDefault="009A383D">
      <w:pPr>
        <w:autoSpaceDE w:val="0"/>
        <w:autoSpaceDN w:val="0"/>
        <w:spacing w:before="190" w:after="0" w:line="281" w:lineRule="auto"/>
        <w:ind w:left="420" w:right="288"/>
        <w:rPr>
          <w:lang w:val="ru-RU"/>
        </w:rPr>
      </w:pPr>
      <w:proofErr w:type="gram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  <w:proofErr w:type="gramEnd"/>
    </w:p>
    <w:p w:rsidR="003E0934" w:rsidRPr="009A383D" w:rsidRDefault="003E0934">
      <w:pPr>
        <w:rPr>
          <w:lang w:val="ru-RU"/>
        </w:rPr>
        <w:sectPr w:rsidR="003E0934" w:rsidRPr="009A383D">
          <w:pgSz w:w="11900" w:h="16840"/>
          <w:pgMar w:top="436" w:right="650" w:bottom="3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E0934" w:rsidRPr="009A383D" w:rsidRDefault="003E0934">
      <w:pPr>
        <w:autoSpaceDE w:val="0"/>
        <w:autoSpaceDN w:val="0"/>
        <w:spacing w:after="96" w:line="220" w:lineRule="exact"/>
        <w:rPr>
          <w:lang w:val="ru-RU"/>
        </w:rPr>
      </w:pPr>
    </w:p>
    <w:p w:rsidR="003E0934" w:rsidRPr="009A383D" w:rsidRDefault="009A383D">
      <w:pPr>
        <w:autoSpaceDE w:val="0"/>
        <w:autoSpaceDN w:val="0"/>
        <w:spacing w:after="0" w:line="271" w:lineRule="auto"/>
        <w:ind w:left="420" w:right="72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овладение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умениями функционально грамотного человека: получать из разнообразных источников и критически осмысливать социальную информацию, систематизировать, анализировать полученные данные;</w:t>
      </w:r>
    </w:p>
    <w:p w:rsidR="003E0934" w:rsidRPr="009A383D" w:rsidRDefault="009A383D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освоение способов познавательной, коммуникативной, практической деятельности, необходимых для участия в жизни гражданского общества и государства;</w:t>
      </w:r>
    </w:p>
    <w:p w:rsidR="003E0934" w:rsidRPr="009A383D" w:rsidRDefault="009A383D">
      <w:pPr>
        <w:autoSpaceDE w:val="0"/>
        <w:autoSpaceDN w:val="0"/>
        <w:spacing w:before="190" w:after="0"/>
        <w:ind w:left="42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создание условий для освоения обучающимися способов успешного взаимодействия с различными политическими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3E0934" w:rsidRPr="009A383D" w:rsidRDefault="009A383D">
      <w:pPr>
        <w:autoSpaceDE w:val="0"/>
        <w:autoSpaceDN w:val="0"/>
        <w:spacing w:before="192" w:after="0" w:line="281" w:lineRule="auto"/>
        <w:ind w:left="420"/>
        <w:rPr>
          <w:lang w:val="ru-RU"/>
        </w:rPr>
      </w:pPr>
      <w:proofErr w:type="gram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опыта применения полученных знаний и умений для выстраивания отношений 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бами и средствами защите правопорядка в обществе.</w:t>
      </w:r>
      <w:proofErr w:type="gramEnd"/>
    </w:p>
    <w:p w:rsidR="003E0934" w:rsidRPr="009A383D" w:rsidRDefault="009A383D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«ОБЩЕСТВОЗНАНИЕ» В УЧЕБНОМ ПЛАНЕ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190" w:after="0" w:line="262" w:lineRule="auto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учебным планом общее количество времени на </w:t>
      </w:r>
      <w:proofErr w:type="gram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учебный</w:t>
      </w:r>
      <w:proofErr w:type="gram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года обучения составляет 34 часа. Недельная нагрузка составляет 1 час. </w:t>
      </w:r>
    </w:p>
    <w:p w:rsidR="003E0934" w:rsidRPr="009A383D" w:rsidRDefault="003E0934">
      <w:pPr>
        <w:rPr>
          <w:lang w:val="ru-RU"/>
        </w:rPr>
        <w:sectPr w:rsidR="003E0934" w:rsidRPr="009A383D">
          <w:pgSz w:w="11900" w:h="16840"/>
          <w:pgMar w:top="316" w:right="740" w:bottom="1440" w:left="666" w:header="720" w:footer="720" w:gutter="0"/>
          <w:cols w:space="720" w:equalWidth="0">
            <w:col w:w="10494" w:space="0"/>
          </w:cols>
          <w:docGrid w:linePitch="360"/>
        </w:sectPr>
      </w:pPr>
    </w:p>
    <w:p w:rsidR="003E0934" w:rsidRPr="009A383D" w:rsidRDefault="003E0934">
      <w:pPr>
        <w:autoSpaceDE w:val="0"/>
        <w:autoSpaceDN w:val="0"/>
        <w:spacing w:after="78" w:line="220" w:lineRule="exact"/>
        <w:rPr>
          <w:lang w:val="ru-RU"/>
        </w:rPr>
      </w:pPr>
    </w:p>
    <w:p w:rsidR="003E0934" w:rsidRPr="009A383D" w:rsidRDefault="009A383D">
      <w:pPr>
        <w:autoSpaceDE w:val="0"/>
        <w:autoSpaceDN w:val="0"/>
        <w:spacing w:after="0" w:line="230" w:lineRule="auto"/>
        <w:rPr>
          <w:lang w:val="ru-RU"/>
        </w:rPr>
      </w:pPr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346" w:after="0" w:line="271" w:lineRule="auto"/>
        <w:ind w:right="1008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Человек и его социальное окружение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Биологическое и социальное в человеке. Черты сходства и различия человека и животного. Потребности человека (биологические, социальные, духовные). С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пособности человека.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Люди с ограниченными возможностями здоровья, их особые потребности и социальная позиция. </w:t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 w:rsidR="003E0934" w:rsidRPr="009A383D" w:rsidRDefault="009A383D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Право человека на образование. Школьно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е образование. Права и обязанности учащегося.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72" w:after="0" w:line="262" w:lineRule="auto"/>
        <w:ind w:right="288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Общение. Цели и средства общения. Особенности общения подростков. Общение в современных условиях.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Отношения в малых группах. Групповые нормы и правила. Лидерство в группе. Межличностные отношения (деловые, ли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чные).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 w:rsidR="003E0934" w:rsidRPr="009A383D" w:rsidRDefault="009A383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Отношения с друзьями и сверстниками. Конфликты в межличностных отношениях.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Общество, в котором мы </w:t>
      </w:r>
      <w:proofErr w:type="gramStart"/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>живём</w:t>
      </w:r>
      <w:proofErr w:type="gramEnd"/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Что такое общество. 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Связь общества и природы. Устройство общественной жизни. Основные сферы жизни общества и их взаимодействие.</w:t>
      </w:r>
    </w:p>
    <w:p w:rsidR="003E0934" w:rsidRPr="009A383D" w:rsidRDefault="009A383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Социальные общности и группы. Положение человека в обществе.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Что такое экономика. Взаимосвязь жизни общества и его экономического развития. Виды эк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ономической деятельности. Ресурсы и возможности экономики нашей страны.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70" w:after="0"/>
        <w:ind w:right="144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Политическая жизнь общества. Россия — многонациональное государство. Государственная власть в нашей стране. Государственный Герб, Государственный Флаг, Государственный Гимн Российской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Федерации. Наша страна в начале </w:t>
      </w:r>
      <w:r>
        <w:rPr>
          <w:rFonts w:ascii="Times New Roman" w:eastAsia="Times New Roman" w:hAnsi="Times New Roman"/>
          <w:color w:val="000000"/>
          <w:sz w:val="24"/>
        </w:rPr>
        <w:t>XXI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века. Место нашей Родины среди современных государств. </w:t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Культурная жизнь. Духовные ценности, традиционные ценности российского народа.</w:t>
      </w:r>
    </w:p>
    <w:p w:rsidR="003E0934" w:rsidRPr="009A383D" w:rsidRDefault="009A383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общества. Усиление взаимосвязей стран и народов в условиях современного 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общества.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:rsidR="003E0934" w:rsidRPr="009A383D" w:rsidRDefault="003E0934">
      <w:pPr>
        <w:rPr>
          <w:lang w:val="ru-RU"/>
        </w:rPr>
        <w:sectPr w:rsidR="003E0934" w:rsidRPr="009A383D">
          <w:pgSz w:w="11900" w:h="16840"/>
          <w:pgMar w:top="298" w:right="632" w:bottom="1440" w:left="666" w:header="720" w:footer="720" w:gutter="0"/>
          <w:cols w:space="720" w:equalWidth="0">
            <w:col w:w="10602" w:space="0"/>
          </w:cols>
          <w:docGrid w:linePitch="360"/>
        </w:sectPr>
      </w:pPr>
    </w:p>
    <w:p w:rsidR="003E0934" w:rsidRPr="009A383D" w:rsidRDefault="003E0934">
      <w:pPr>
        <w:autoSpaceDE w:val="0"/>
        <w:autoSpaceDN w:val="0"/>
        <w:spacing w:after="78" w:line="220" w:lineRule="exact"/>
        <w:rPr>
          <w:lang w:val="ru-RU"/>
        </w:rPr>
      </w:pPr>
    </w:p>
    <w:p w:rsidR="003E0934" w:rsidRPr="009A383D" w:rsidRDefault="009A383D">
      <w:pPr>
        <w:autoSpaceDE w:val="0"/>
        <w:autoSpaceDN w:val="0"/>
        <w:spacing w:after="0" w:line="230" w:lineRule="auto"/>
        <w:rPr>
          <w:lang w:val="ru-RU"/>
        </w:rPr>
      </w:pPr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346" w:after="0" w:line="262" w:lineRule="auto"/>
        <w:ind w:right="576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Личностные и метапредметные результаты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представлены с учётом особенностей преподавания обществознания в основной школе.</w:t>
      </w:r>
    </w:p>
    <w:p w:rsidR="003E0934" w:rsidRPr="009A383D" w:rsidRDefault="009A383D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Примерной программы воспитания. Содержательные модули (разделы) охватывают знания об 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3E0934" w:rsidRPr="009A383D" w:rsidRDefault="009A383D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Научным сообществом и представителями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3E0934" w:rsidRPr="009A383D" w:rsidRDefault="009A383D">
      <w:pPr>
        <w:autoSpaceDE w:val="0"/>
        <w:autoSpaceDN w:val="0"/>
        <w:spacing w:before="382" w:after="0" w:line="230" w:lineRule="auto"/>
        <w:rPr>
          <w:lang w:val="ru-RU"/>
        </w:rPr>
      </w:pPr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3E0934" w:rsidRPr="009A383D" w:rsidRDefault="009A383D">
      <w:pPr>
        <w:autoSpaceDE w:val="0"/>
        <w:autoSpaceDN w:val="0"/>
        <w:spacing w:before="166" w:after="0" w:line="283" w:lineRule="auto"/>
        <w:ind w:firstLine="18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воплощают традиционные российские социокультурные и духо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</w:t>
      </w:r>
      <w:proofErr w:type="gram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по</w:t>
      </w:r>
      <w:proofErr w:type="gram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основным</w:t>
      </w:r>
      <w:proofErr w:type="gram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направлениям воспитательной деятельности, в том числе в части: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Гражданского воспитания: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тремизма, дискриминации; понимание роли различных социальных институтов в жизни человека; </w:t>
      </w:r>
      <w:proofErr w:type="gram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</w:t>
      </w:r>
      <w:proofErr w:type="spell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во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лонтёрство</w:t>
      </w:r>
      <w:proofErr w:type="spell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, помощь людям, нуждающимся в ней).</w:t>
      </w:r>
      <w:proofErr w:type="gramEnd"/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Патриотического воспитания: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</w:t>
      </w:r>
      <w:r w:rsidRPr="009A383D">
        <w:rPr>
          <w:lang w:val="ru-RU"/>
        </w:rPr>
        <w:br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Федера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ции, своего края, народов России; ценностное отношение к достижениям своей Родины </w:t>
      </w:r>
      <w:proofErr w:type="gram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—Р</w:t>
      </w:r>
      <w:proofErr w:type="gram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ному наследию и памятникам, традициям разных народов, проживающих в родной стране.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Духовно-нравственного воспитания: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</w:t>
      </w:r>
    </w:p>
    <w:p w:rsidR="003E0934" w:rsidRPr="009A383D" w:rsidRDefault="003E0934">
      <w:pPr>
        <w:rPr>
          <w:lang w:val="ru-RU"/>
        </w:rPr>
        <w:sectPr w:rsidR="003E0934" w:rsidRPr="009A383D">
          <w:pgSz w:w="11900" w:h="16840"/>
          <w:pgMar w:top="298" w:right="650" w:bottom="3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E0934" w:rsidRPr="009A383D" w:rsidRDefault="003E0934">
      <w:pPr>
        <w:autoSpaceDE w:val="0"/>
        <w:autoSpaceDN w:val="0"/>
        <w:spacing w:after="66" w:line="220" w:lineRule="exact"/>
        <w:rPr>
          <w:lang w:val="ru-RU"/>
        </w:rPr>
      </w:pPr>
    </w:p>
    <w:p w:rsidR="003E0934" w:rsidRPr="009A383D" w:rsidRDefault="009A383D">
      <w:pPr>
        <w:autoSpaceDE w:val="0"/>
        <w:autoSpaceDN w:val="0"/>
        <w:spacing w:after="0" w:line="230" w:lineRule="auto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пространства.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9A383D">
        <w:rPr>
          <w:lang w:val="ru-RU"/>
        </w:rPr>
        <w:tab/>
      </w:r>
      <w:proofErr w:type="gramStart"/>
      <w:r w:rsidRPr="009A383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Физического воспитания, формирования культуры здоровья и эмоционального благополучия: </w:t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осознание ценности жизни; ответственное отношение к своему здоровью и установка на здоровый образ жизни;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интернет-среде;</w:t>
      </w:r>
      <w:proofErr w:type="gram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способн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ость адаптироваться к стрессовым ситуациям и меняющимся социальным, </w:t>
      </w:r>
      <w:r w:rsidRPr="009A383D">
        <w:rPr>
          <w:lang w:val="ru-RU"/>
        </w:rPr>
        <w:br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информационным и природным условиям, в том числе осмысляя собственный опыт и выстраивая дальнейшие цели;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принимать себя и других, не осуждая;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proofErr w:type="spell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навыков рефлексии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, признание своего права на ошибку и такого же права другого человека.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Трудового воспитания: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ти, способность </w:t>
      </w:r>
      <w:r w:rsidRPr="009A383D">
        <w:rPr>
          <w:lang w:val="ru-RU"/>
        </w:rPr>
        <w:br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ом личных и общественных интересов и потребностей.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Экологического воспитания: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в условиях </w:t>
      </w:r>
      <w:proofErr w:type="spellStart"/>
      <w:proofErr w:type="gram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взаимос</w:t>
      </w:r>
      <w:proofErr w:type="spell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​вязи</w:t>
      </w:r>
      <w:proofErr w:type="gram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70" w:after="0" w:line="283" w:lineRule="auto"/>
        <w:ind w:right="144"/>
        <w:rPr>
          <w:lang w:val="ru-RU"/>
        </w:rPr>
      </w:pPr>
      <w:r w:rsidRPr="009A383D">
        <w:rPr>
          <w:lang w:val="ru-RU"/>
        </w:rPr>
        <w:tab/>
      </w:r>
      <w:proofErr w:type="gramStart"/>
      <w:r w:rsidRPr="009A383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Ценности научного познания: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ориентация в деятельности на современную систему научных представлений об ос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proofErr w:type="gramEnd"/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9A383D">
        <w:rPr>
          <w:lang w:val="ru-RU"/>
        </w:rPr>
        <w:tab/>
      </w:r>
      <w:proofErr w:type="gramStart"/>
      <w:r w:rsidRPr="009A383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</w:t>
      </w:r>
      <w:r w:rsidRPr="009A383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: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альной </w:t>
      </w:r>
      <w:r w:rsidRPr="009A383D">
        <w:rPr>
          <w:lang w:val="ru-RU"/>
        </w:rPr>
        <w:br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деятельности, а также в рамках социального взаимодействия с людьми из другой культурной среды;</w:t>
      </w:r>
      <w:proofErr w:type="gram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способность обучающихся во взаимодействии в условиях неопределённости, открытость опыту и знаниям других;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способность действовать в условиях неопредел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ённости, открытость опыту и знаниям других,</w:t>
      </w:r>
    </w:p>
    <w:p w:rsidR="003E0934" w:rsidRPr="009A383D" w:rsidRDefault="003E0934">
      <w:pPr>
        <w:rPr>
          <w:lang w:val="ru-RU"/>
        </w:rPr>
        <w:sectPr w:rsidR="003E0934" w:rsidRPr="009A383D">
          <w:pgSz w:w="11900" w:h="16840"/>
          <w:pgMar w:top="286" w:right="732" w:bottom="438" w:left="666" w:header="720" w:footer="720" w:gutter="0"/>
          <w:cols w:space="720" w:equalWidth="0">
            <w:col w:w="10502" w:space="0"/>
          </w:cols>
          <w:docGrid w:linePitch="360"/>
        </w:sectPr>
      </w:pPr>
    </w:p>
    <w:p w:rsidR="003E0934" w:rsidRPr="009A383D" w:rsidRDefault="003E0934">
      <w:pPr>
        <w:autoSpaceDE w:val="0"/>
        <w:autoSpaceDN w:val="0"/>
        <w:spacing w:after="66" w:line="220" w:lineRule="exact"/>
        <w:rPr>
          <w:lang w:val="ru-RU"/>
        </w:rPr>
      </w:pPr>
    </w:p>
    <w:p w:rsidR="003E0934" w:rsidRPr="009A383D" w:rsidRDefault="009A383D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повышать уровень своей компетентности через практическую деятельность, в том числе умение 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бъектах и явлениях, в том числе ранее неизвестных, осознавать дефицит собственных знаний и компетентностей, планировать своё развитие;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proofErr w:type="gram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умение распознавать конкретные примеры понятия по характерным признакам, выполнять операции в с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— оперировать </w:t>
      </w:r>
      <w:r w:rsidRPr="009A383D">
        <w:rPr>
          <w:lang w:val="ru-RU"/>
        </w:rPr>
        <w:br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понятиями), а также оперировать терминами и представлениями в области концепции уст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ойчивого развития;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умение анализировать и выявлять взаимосвязи природы, общества и экономики;</w:t>
      </w:r>
      <w:proofErr w:type="gram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proofErr w:type="gram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оценивать свои действия с учётом влияния на окружающую среду, достижений целей и преодоления вызовов, возможных глобальных последствий;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способность о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ть риски и последствия, формировать опыт, уметь находить позитивное в произошедшей ситуации;</w:t>
      </w:r>
      <w:proofErr w:type="gram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быть готовым действовать в отсутствие гарантий успеха.</w:t>
      </w:r>
    </w:p>
    <w:p w:rsidR="003E0934" w:rsidRPr="009A383D" w:rsidRDefault="009A383D">
      <w:pPr>
        <w:autoSpaceDE w:val="0"/>
        <w:autoSpaceDN w:val="0"/>
        <w:spacing w:before="262" w:after="0" w:line="230" w:lineRule="auto"/>
        <w:rPr>
          <w:lang w:val="ru-RU"/>
        </w:rPr>
      </w:pPr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166" w:after="0" w:line="288" w:lineRule="auto"/>
        <w:ind w:right="144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Метапредметные результаты освоения основной образовательной программы, формируемы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е при изучении обществознания: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</w:t>
      </w:r>
      <w:proofErr w:type="gramStart"/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познавательными действиями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логические действия: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социальных явлений и процессов;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существенный признак классификации социальных фактов, основания для их обобщения и сравнения, критерии проводимого анализа;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с учётом предложенной задачи выявлять закономерности и противоречия в рассматриваемых фактах, данных и наблюдениях;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предлагать критерии для выявления закономерностей и противоречий;</w:t>
      </w:r>
      <w:proofErr w:type="gram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дефицит информации, данных, необходимых для решения поставленной задачи; </w:t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причинно-следственные связи при изучении явлений и процессов;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делать выводы с использованием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дедуктивных и индуктивных умозаключений, умозаключений по аналогии, формулировать гипотезы о взаимосвязях;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выбирать способ решения учебной задачи (сравнивать несколько вариантов решения, выбирать </w:t>
      </w:r>
      <w:proofErr w:type="spellStart"/>
      <w:proofErr w:type="gram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наи</w:t>
      </w:r>
      <w:proofErr w:type="spell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​более</w:t>
      </w:r>
      <w:proofErr w:type="gram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подходящий с учётом самостоятель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но выделенных критериев).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70" w:after="0" w:line="281" w:lineRule="auto"/>
        <w:ind w:right="720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исследовательские действия: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вопросы как исследовательский инструмент познания;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вать искомое и данное;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3E0934" w:rsidRPr="009A383D" w:rsidRDefault="003E0934">
      <w:pPr>
        <w:rPr>
          <w:lang w:val="ru-RU"/>
        </w:rPr>
        <w:sectPr w:rsidR="003E0934" w:rsidRPr="009A383D">
          <w:pgSz w:w="11900" w:h="16840"/>
          <w:pgMar w:top="286" w:right="654" w:bottom="296" w:left="666" w:header="720" w:footer="720" w:gutter="0"/>
          <w:cols w:space="720" w:equalWidth="0">
            <w:col w:w="10580" w:space="0"/>
          </w:cols>
          <w:docGrid w:linePitch="360"/>
        </w:sectPr>
      </w:pPr>
    </w:p>
    <w:p w:rsidR="003E0934" w:rsidRPr="009A383D" w:rsidRDefault="003E0934">
      <w:pPr>
        <w:autoSpaceDE w:val="0"/>
        <w:autoSpaceDN w:val="0"/>
        <w:spacing w:after="90" w:line="220" w:lineRule="exact"/>
        <w:rPr>
          <w:lang w:val="ru-RU"/>
        </w:rPr>
      </w:pPr>
    </w:p>
    <w:p w:rsidR="003E0934" w:rsidRPr="009A383D" w:rsidRDefault="009A383D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проводить по самостоятельно составленному плану небольшо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е исследование по установлению особенностей объекта изучения, причинно-следственных связей и зависимостей объектов между собой;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на применимость и достоверность информацию, полученную в ходе исследования; </w:t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формулировать обобщения 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и выводы по результатам проведённого наблюдения, исследования, владеть инструментами оценки достоверности полученных выводов и обобщений; </w:t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выдвигать предположения об их развитии в новых условиях и контекстах.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9A383D">
        <w:rPr>
          <w:lang w:val="ru-RU"/>
        </w:rPr>
        <w:tab/>
      </w:r>
      <w:proofErr w:type="gramStart"/>
      <w:r w:rsidRPr="009A383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Работа с информацией: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иев;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выбирать, анализировать, систематизировать и интерпретировать информацию различных видов и форм  представления;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  <w:proofErr w:type="gram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самост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оятельно выбирать оптимальную форму представления информации;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надёжность информации по критериям, предложенным педагогическим работником или сформулированным самостоятельно;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эффективно запоминать и систематизировать информацию.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Овладение </w:t>
      </w:r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универсальными учебными коммуникативными действиями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Общение: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выражать себя (свою точку зрения) в устных и письменных текстах;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распознавать невербаль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  <w:r w:rsidRPr="009A383D">
        <w:rPr>
          <w:lang w:val="ru-RU"/>
        </w:rPr>
        <w:tab/>
      </w:r>
      <w:proofErr w:type="gram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понимать намерения других, проявлять уважительное отношение к собеседнику и в корректной форме формули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ровать свои возражения;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 свои суждения с суждениями других участников 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диалога, обнаруживать различие и сходство позиций;</w:t>
      </w:r>
      <w:proofErr w:type="gram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публично представлять результаты выполненного исследования, проекта;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ные и письменные тексты с использованием иллюстративных материалов.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9A383D">
        <w:rPr>
          <w:lang w:val="ru-RU"/>
        </w:rPr>
        <w:tab/>
      </w:r>
      <w:proofErr w:type="gramStart"/>
      <w:r w:rsidRPr="009A383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Совместная деятельность: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имодействия при решении поставленной задачи;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, проявлять готовность руководить, выполнять поручения, подчиняться;</w:t>
      </w:r>
      <w:proofErr w:type="gram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proofErr w:type="gram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планировать организацию совместной работы, определять свою роль (с учётом предпочтений и</w:t>
      </w:r>
      <w:proofErr w:type="gramEnd"/>
    </w:p>
    <w:p w:rsidR="003E0934" w:rsidRPr="009A383D" w:rsidRDefault="003E0934">
      <w:pPr>
        <w:rPr>
          <w:lang w:val="ru-RU"/>
        </w:rPr>
        <w:sectPr w:rsidR="003E0934" w:rsidRPr="009A383D">
          <w:pgSz w:w="11900" w:h="16840"/>
          <w:pgMar w:top="310" w:right="822" w:bottom="356" w:left="666" w:header="720" w:footer="720" w:gutter="0"/>
          <w:cols w:space="720" w:equalWidth="0">
            <w:col w:w="10412" w:space="0"/>
          </w:cols>
          <w:docGrid w:linePitch="360"/>
        </w:sectPr>
      </w:pPr>
    </w:p>
    <w:p w:rsidR="003E0934" w:rsidRPr="009A383D" w:rsidRDefault="003E0934">
      <w:pPr>
        <w:autoSpaceDE w:val="0"/>
        <w:autoSpaceDN w:val="0"/>
        <w:spacing w:after="66" w:line="220" w:lineRule="exact"/>
        <w:rPr>
          <w:lang w:val="ru-RU"/>
        </w:rPr>
      </w:pPr>
    </w:p>
    <w:p w:rsidR="003E0934" w:rsidRPr="009A383D" w:rsidRDefault="009A383D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proofErr w:type="gram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 </w:t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свою часть работы, достигать качественного результата по своему 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направлению и координировать свои действия с другими членами команды;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качество своего вклада в общий продукт по критериям, самостоятельно </w:t>
      </w:r>
      <w:r w:rsidRPr="009A383D">
        <w:rPr>
          <w:lang w:val="ru-RU"/>
        </w:rPr>
        <w:br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сформулированным участниками взаимодействия;</w:t>
      </w:r>
      <w:proofErr w:type="gram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сравнивать результаты с исходной задачей и вклад каждого чле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</w:t>
      </w:r>
      <w:proofErr w:type="gramStart"/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регулятивными действиями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Самоорганизация: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выявлять проблемы для решения в жизненных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и учебных ситуациях;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различных подходах принятия решений (индивидуальное, принятие решения в группе, принятие решений в группе);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составлять алгоритм решения задачи (или его часть), выбирать способ решения учебной задач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и с учётом имеющихся ресурсов и собственных возможностей, аргументировать предлагаемые варианты решений;</w:t>
      </w:r>
      <w:proofErr w:type="gram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чаемом объекте;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делать выбор и брать ответственность за решение.</w:t>
      </w:r>
    </w:p>
    <w:p w:rsidR="003E0934" w:rsidRPr="009A383D" w:rsidRDefault="009A383D">
      <w:pPr>
        <w:tabs>
          <w:tab w:val="left" w:pos="180"/>
        </w:tabs>
        <w:autoSpaceDE w:val="0"/>
        <w:autoSpaceDN w:val="0"/>
        <w:spacing w:before="70" w:after="0" w:line="286" w:lineRule="auto"/>
        <w:ind w:right="576"/>
        <w:rPr>
          <w:lang w:val="ru-RU"/>
        </w:rPr>
      </w:pP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Самоконтроль: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способами самоконтроля, </w:t>
      </w:r>
      <w:proofErr w:type="spell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самомотивации</w:t>
      </w:r>
      <w:proofErr w:type="spell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и рефлексии;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давать адекватную оценку ситуации и предлагать план её изменения;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учитывать контекст и предвидеть трудности, 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которые могут возникнуть при решении учебной задачи, адаптировать решение к меняющимся обстоятельствам;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объяснять причины достижения (</w:t>
      </w:r>
      <w:proofErr w:type="spell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) результатов деятельности, давать оценку приобретённому опыту, уметь находить позитивное в произошедшей сит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уации;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</w:r>
      <w:r w:rsidRPr="009A383D">
        <w:rPr>
          <w:lang w:val="ru-RU"/>
        </w:rPr>
        <w:br/>
      </w:r>
      <w:r w:rsidRPr="009A383D">
        <w:rPr>
          <w:lang w:val="ru-RU"/>
        </w:rPr>
        <w:tab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оценивать соответствие результата цели и условиям.</w:t>
      </w:r>
    </w:p>
    <w:p w:rsidR="003E0934" w:rsidRPr="009A383D" w:rsidRDefault="009A383D">
      <w:pPr>
        <w:autoSpaceDE w:val="0"/>
        <w:autoSpaceDN w:val="0"/>
        <w:spacing w:before="70" w:after="0" w:line="281" w:lineRule="auto"/>
        <w:ind w:left="180" w:right="2016"/>
        <w:rPr>
          <w:lang w:val="ru-RU"/>
        </w:rPr>
      </w:pPr>
      <w:r w:rsidRPr="009A383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Эмоциональный интеллект: </w:t>
      </w:r>
      <w:r w:rsidRPr="009A383D">
        <w:rPr>
          <w:lang w:val="ru-RU"/>
        </w:rPr>
        <w:br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различать, называть и управлять собс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твенными эмоциями и эмоциями других; выявлять и анализировать причины эмоций; </w:t>
      </w:r>
      <w:r w:rsidRPr="009A383D">
        <w:rPr>
          <w:lang w:val="ru-RU"/>
        </w:rPr>
        <w:br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ставить себя на место другого человека, понимать мотивы и намерения другого; регулировать способ выражения эмоций.</w:t>
      </w:r>
    </w:p>
    <w:p w:rsidR="003E0934" w:rsidRPr="009A383D" w:rsidRDefault="009A383D">
      <w:pPr>
        <w:autoSpaceDE w:val="0"/>
        <w:autoSpaceDN w:val="0"/>
        <w:spacing w:before="70" w:after="0" w:line="281" w:lineRule="auto"/>
        <w:ind w:left="180" w:right="4032"/>
        <w:rPr>
          <w:lang w:val="ru-RU"/>
        </w:rPr>
      </w:pPr>
      <w:r w:rsidRPr="009A383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Принятие себя и других: </w:t>
      </w:r>
      <w:r w:rsidRPr="009A383D">
        <w:rPr>
          <w:lang w:val="ru-RU"/>
        </w:rPr>
        <w:br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осознанно относиться к другому челове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ку, его мнению; признавать своё право на ошибку и такое же право другого; принимать себя и других, не осуждая; </w:t>
      </w:r>
      <w:r w:rsidRPr="009A383D">
        <w:rPr>
          <w:lang w:val="ru-RU"/>
        </w:rPr>
        <w:br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открытость себе и другим; </w:t>
      </w:r>
      <w:r w:rsidRPr="009A383D">
        <w:rPr>
          <w:lang w:val="ru-RU"/>
        </w:rPr>
        <w:br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осознавать невозможность контролировать всё вокруг.</w:t>
      </w:r>
    </w:p>
    <w:p w:rsidR="003E0934" w:rsidRPr="009A383D" w:rsidRDefault="009A383D">
      <w:pPr>
        <w:autoSpaceDE w:val="0"/>
        <w:autoSpaceDN w:val="0"/>
        <w:spacing w:before="262" w:after="0" w:line="230" w:lineRule="auto"/>
        <w:rPr>
          <w:lang w:val="ru-RU"/>
        </w:rPr>
      </w:pPr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3E0934" w:rsidRPr="009A383D" w:rsidRDefault="009A383D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>Человек и его социальное окружение</w:t>
      </w:r>
    </w:p>
    <w:p w:rsidR="003E0934" w:rsidRPr="009A383D" w:rsidRDefault="009A383D">
      <w:pPr>
        <w:autoSpaceDE w:val="0"/>
        <w:autoSpaceDN w:val="0"/>
        <w:spacing w:before="178" w:after="0" w:line="271" w:lineRule="auto"/>
        <w:ind w:left="42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осваи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другими людьми;</w:t>
      </w:r>
    </w:p>
    <w:p w:rsidR="003E0934" w:rsidRPr="009A383D" w:rsidRDefault="003E0934">
      <w:pPr>
        <w:rPr>
          <w:lang w:val="ru-RU"/>
        </w:rPr>
        <w:sectPr w:rsidR="003E0934" w:rsidRPr="009A383D">
          <w:pgSz w:w="11900" w:h="16840"/>
          <w:pgMar w:top="286" w:right="742" w:bottom="348" w:left="666" w:header="720" w:footer="720" w:gutter="0"/>
          <w:cols w:space="720" w:equalWidth="0">
            <w:col w:w="10492" w:space="0"/>
          </w:cols>
          <w:docGrid w:linePitch="360"/>
        </w:sectPr>
      </w:pPr>
    </w:p>
    <w:p w:rsidR="003E0934" w:rsidRPr="009A383D" w:rsidRDefault="003E0934">
      <w:pPr>
        <w:autoSpaceDE w:val="0"/>
        <w:autoSpaceDN w:val="0"/>
        <w:spacing w:after="96" w:line="220" w:lineRule="exact"/>
        <w:rPr>
          <w:lang w:val="ru-RU"/>
        </w:rPr>
      </w:pPr>
    </w:p>
    <w:p w:rsidR="003E0934" w:rsidRPr="009A383D" w:rsidRDefault="009A383D">
      <w:pPr>
        <w:autoSpaceDE w:val="0"/>
        <w:autoSpaceDN w:val="0"/>
        <w:spacing w:after="0" w:line="281" w:lineRule="auto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—  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индивидуальный характер;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 w:rsidR="003E0934" w:rsidRPr="009A383D" w:rsidRDefault="009A383D">
      <w:pPr>
        <w:autoSpaceDE w:val="0"/>
        <w:autoSpaceDN w:val="0"/>
        <w:spacing w:before="190" w:after="0"/>
        <w:ind w:right="144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деятельности людей, её различных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мотивов и особенностей в </w:t>
      </w:r>
      <w:r w:rsidRPr="009A383D">
        <w:rPr>
          <w:lang w:val="ru-RU"/>
        </w:rPr>
        <w:br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:rsidR="003E0934" w:rsidRPr="009A383D" w:rsidRDefault="009A383D">
      <w:pPr>
        <w:autoSpaceDE w:val="0"/>
        <w:autoSpaceDN w:val="0"/>
        <w:spacing w:before="192" w:after="0" w:line="230" w:lineRule="auto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классифицировать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по разным признакам виды деятельности человека, потребности людей;</w:t>
      </w:r>
    </w:p>
    <w:p w:rsidR="003E0934" w:rsidRPr="009A383D" w:rsidRDefault="009A383D">
      <w:pPr>
        <w:autoSpaceDE w:val="0"/>
        <w:autoSpaceDN w:val="0"/>
        <w:spacing w:before="192" w:after="0" w:line="262" w:lineRule="auto"/>
        <w:ind w:right="720"/>
        <w:rPr>
          <w:lang w:val="ru-RU"/>
        </w:rPr>
      </w:pPr>
      <w:proofErr w:type="gram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сравнивать понятия «индивид», «индивидуальность», «личность»; свойства человека и животных; виды деятельности (игра, труд, учение);</w:t>
      </w:r>
      <w:proofErr w:type="gramEnd"/>
    </w:p>
    <w:p w:rsidR="003E0934" w:rsidRPr="009A383D" w:rsidRDefault="009A383D">
      <w:pPr>
        <w:autoSpaceDE w:val="0"/>
        <w:autoSpaceDN w:val="0"/>
        <w:spacing w:before="190" w:after="0" w:line="262" w:lineRule="auto"/>
        <w:ind w:right="1152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и объяснять взаимосвязи людей в малы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х группах; целей, способов и результатов деятельности, целей и средств общения;</w:t>
      </w:r>
    </w:p>
    <w:p w:rsidR="003E0934" w:rsidRPr="009A383D" w:rsidRDefault="009A383D">
      <w:pPr>
        <w:autoSpaceDE w:val="0"/>
        <w:autoSpaceDN w:val="0"/>
        <w:spacing w:before="190" w:after="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полученные знания для объяснения (устного и письменного) сущности общения как социального явления, познания человеком мира и самого себя как вида деятельности, 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роли непрерывного образования, значения личного социального опыта при осуществлении </w:t>
      </w:r>
      <w:r w:rsidRPr="009A383D">
        <w:rPr>
          <w:lang w:val="ru-RU"/>
        </w:rPr>
        <w:br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образовательной деятельности и общения в школе, семье, группе сверстников;</w:t>
      </w:r>
    </w:p>
    <w:p w:rsidR="003E0934" w:rsidRPr="009A383D" w:rsidRDefault="009A383D">
      <w:pPr>
        <w:autoSpaceDE w:val="0"/>
        <w:autoSpaceDN w:val="0"/>
        <w:spacing w:before="190" w:after="0"/>
        <w:ind w:right="144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определять и аргументировать с опорой на обществоведческие знания и личный социальный опыт св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оё отношение к людям с ограниченными возможностями здоровья, к различным способам выражения личной индивидуальности, к различным формам неформального общения подростков;</w:t>
      </w:r>
    </w:p>
    <w:p w:rsidR="003E0934" w:rsidRPr="009A383D" w:rsidRDefault="009A383D">
      <w:pPr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решать познавательные и практические задачи, касающиеся прав и обязанностей учащего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ся; отражающие особенности ​отношений в семье, со сверстниками, старшими и младшими;</w:t>
      </w:r>
    </w:p>
    <w:p w:rsidR="003E0934" w:rsidRPr="009A383D" w:rsidRDefault="009A383D">
      <w:pPr>
        <w:autoSpaceDE w:val="0"/>
        <w:autoSpaceDN w:val="0"/>
        <w:spacing w:before="190" w:after="0" w:line="271" w:lineRule="auto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овладевать смысловым чтением текстов обществоведческой тематики, в том числе извлечений из Закона «Об образовании в Российской Федерации»; составлять на их основе план,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A383D">
        <w:rPr>
          <w:lang w:val="ru-RU"/>
        </w:rPr>
        <w:br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преобразовывать текстовую информацию в таблицу, схему;</w:t>
      </w:r>
    </w:p>
    <w:p w:rsidR="003E0934" w:rsidRPr="009A383D" w:rsidRDefault="009A383D">
      <w:pPr>
        <w:autoSpaceDE w:val="0"/>
        <w:autoSpaceDN w:val="0"/>
        <w:spacing w:before="190" w:after="0" w:line="278" w:lineRule="auto"/>
        <w:ind w:right="72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искать и извлекать информацию о связи поколений в нашем обществе, об особенностях подросткового возраста, о правах и обязанностях учащегося из разных адаптированных 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3E0934" w:rsidRPr="009A383D" w:rsidRDefault="009A383D">
      <w:pPr>
        <w:autoSpaceDE w:val="0"/>
        <w:autoSpaceDN w:val="0"/>
        <w:spacing w:before="190" w:after="0" w:line="271" w:lineRule="auto"/>
        <w:ind w:right="78"/>
        <w:jc w:val="both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анализировать, обобщать, систематизировать, оценивать социальную информацию о человеке и его социальном окружении из ад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аптированных источников (в том числе учебных материалов) и публикаций в СМИ;</w:t>
      </w:r>
    </w:p>
    <w:p w:rsidR="003E0934" w:rsidRPr="009A383D" w:rsidRDefault="009A383D">
      <w:pPr>
        <w:autoSpaceDE w:val="0"/>
        <w:autoSpaceDN w:val="0"/>
        <w:spacing w:before="190" w:after="0" w:line="271" w:lineRule="auto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к 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учёбе как важному виду деятельности;</w:t>
      </w:r>
    </w:p>
    <w:p w:rsidR="003E0934" w:rsidRPr="009A383D" w:rsidRDefault="009A383D">
      <w:pPr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приобретать опыт использования полученных знаний в практической деятельности, в повседневной жизни для выстраивания отношений с представителями старших поколений, со сверстниками и младшими по возрасту, активного уча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стия в жизни школы и класса;</w:t>
      </w:r>
    </w:p>
    <w:p w:rsidR="003E0934" w:rsidRPr="009A383D" w:rsidRDefault="009A383D">
      <w:pPr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ценностей,</w:t>
      </w:r>
    </w:p>
    <w:p w:rsidR="003E0934" w:rsidRPr="009A383D" w:rsidRDefault="003E0934">
      <w:pPr>
        <w:rPr>
          <w:lang w:val="ru-RU"/>
        </w:rPr>
        <w:sectPr w:rsidR="003E0934" w:rsidRPr="009A383D">
          <w:pgSz w:w="11900" w:h="16840"/>
          <w:pgMar w:top="316" w:right="686" w:bottom="302" w:left="1086" w:header="720" w:footer="720" w:gutter="0"/>
          <w:cols w:space="720" w:equalWidth="0">
            <w:col w:w="10128" w:space="0"/>
          </w:cols>
          <w:docGrid w:linePitch="360"/>
        </w:sectPr>
      </w:pPr>
    </w:p>
    <w:p w:rsidR="003E0934" w:rsidRPr="009A383D" w:rsidRDefault="003E0934">
      <w:pPr>
        <w:autoSpaceDE w:val="0"/>
        <w:autoSpaceDN w:val="0"/>
        <w:spacing w:after="84" w:line="220" w:lineRule="exact"/>
        <w:rPr>
          <w:lang w:val="ru-RU"/>
        </w:rPr>
      </w:pPr>
    </w:p>
    <w:p w:rsidR="003E0934" w:rsidRPr="009A383D" w:rsidRDefault="009A383D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взаимопонимания между людьми разных культур.</w:t>
      </w:r>
    </w:p>
    <w:p w:rsidR="003E0934" w:rsidRPr="009A383D" w:rsidRDefault="009A383D">
      <w:pPr>
        <w:autoSpaceDE w:val="0"/>
        <w:autoSpaceDN w:val="0"/>
        <w:spacing w:before="178" w:after="0" w:line="230" w:lineRule="auto"/>
        <w:rPr>
          <w:lang w:val="ru-RU"/>
        </w:rPr>
      </w:pPr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>Общество, в котором мы живём</w:t>
      </w:r>
    </w:p>
    <w:p w:rsidR="003E0934" w:rsidRPr="009A383D" w:rsidRDefault="009A383D">
      <w:pPr>
        <w:autoSpaceDE w:val="0"/>
        <w:autoSpaceDN w:val="0"/>
        <w:spacing w:before="178" w:after="0"/>
        <w:ind w:left="240" w:right="432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осваивать и применять знания об обществе и природе, положении человека в обществе; процессах и явлениях 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в экономической жизни общества; явлениях в политической жизни общества, о народах России, о государственной власти в Российской Федерации; культуре и духовной жизни; типах общества, глобальных проблемах;</w:t>
      </w:r>
    </w:p>
    <w:p w:rsidR="003E0934" w:rsidRPr="009A383D" w:rsidRDefault="009A383D">
      <w:pPr>
        <w:autoSpaceDE w:val="0"/>
        <w:autoSpaceDN w:val="0"/>
        <w:spacing w:before="190" w:after="0" w:line="271" w:lineRule="auto"/>
        <w:ind w:left="240" w:right="1152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устройство общества, российское г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 w:rsidR="003E0934" w:rsidRPr="009A383D" w:rsidRDefault="009A383D">
      <w:pPr>
        <w:autoSpaceDE w:val="0"/>
        <w:autoSpaceDN w:val="0"/>
        <w:spacing w:before="192" w:after="0" w:line="262" w:lineRule="auto"/>
        <w:ind w:left="240" w:right="1296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разного положения людей в обществе, видов экономической деятельности,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глобальных проблем;</w:t>
      </w:r>
    </w:p>
    <w:p w:rsidR="003E0934" w:rsidRPr="009A383D" w:rsidRDefault="009A383D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классифицировать социальные общности и группы;</w:t>
      </w:r>
    </w:p>
    <w:p w:rsidR="003E0934" w:rsidRPr="009A383D" w:rsidRDefault="009A383D">
      <w:pPr>
        <w:autoSpaceDE w:val="0"/>
        <w:autoSpaceDN w:val="0"/>
        <w:spacing w:before="190" w:after="0" w:line="262" w:lineRule="auto"/>
        <w:ind w:left="240" w:right="72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социальные общности и группы, положение в </w:t>
      </w:r>
      <w:proofErr w:type="gram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об​</w:t>
      </w:r>
      <w:proofErr w:type="spell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ществе</w:t>
      </w:r>
      <w:proofErr w:type="spellEnd"/>
      <w:proofErr w:type="gram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различных людей; различные формы хозяйствования;</w:t>
      </w:r>
    </w:p>
    <w:p w:rsidR="003E0934" w:rsidRPr="009A383D" w:rsidRDefault="009A383D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 взаимодействия общества и природы, человека и общества, деятельности основных участников экономики;</w:t>
      </w:r>
    </w:p>
    <w:p w:rsidR="003E0934" w:rsidRPr="009A383D" w:rsidRDefault="009A383D">
      <w:pPr>
        <w:autoSpaceDE w:val="0"/>
        <w:autoSpaceDN w:val="0"/>
        <w:spacing w:before="190" w:after="0" w:line="271" w:lineRule="auto"/>
        <w:ind w:left="240" w:right="144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полученные знания для объяснения (устного и письменного) влияния природы на общество и общества на природу сущности и взаи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мосвязей явлений, процессов социальной действительности;</w:t>
      </w:r>
    </w:p>
    <w:p w:rsidR="003E0934" w:rsidRPr="009A383D" w:rsidRDefault="009A383D">
      <w:pPr>
        <w:autoSpaceDE w:val="0"/>
        <w:autoSpaceDN w:val="0"/>
        <w:spacing w:before="190" w:after="0" w:line="271" w:lineRule="auto"/>
        <w:ind w:left="240" w:right="144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ых ценностей российского народа;</w:t>
      </w:r>
    </w:p>
    <w:p w:rsidR="003E0934" w:rsidRPr="009A383D" w:rsidRDefault="009A383D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решать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:rsidR="003E0934" w:rsidRPr="009A383D" w:rsidRDefault="009A383D">
      <w:pPr>
        <w:autoSpaceDE w:val="0"/>
        <w:autoSpaceDN w:val="0"/>
        <w:spacing w:before="190" w:after="0" w:line="271" w:lineRule="auto"/>
        <w:ind w:left="240" w:right="864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овладевать смысловым чтением текстов обществоведческой тема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тики, касающихся отношений человека и природы, </w:t>
      </w:r>
      <w:proofErr w:type="gram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уст​</w:t>
      </w:r>
      <w:proofErr w:type="spellStart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ройства</w:t>
      </w:r>
      <w:proofErr w:type="spellEnd"/>
      <w:proofErr w:type="gramEnd"/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общественной жизни, основных сфер жизни общества;</w:t>
      </w:r>
    </w:p>
    <w:p w:rsidR="003E0934" w:rsidRPr="009A383D" w:rsidRDefault="009A383D">
      <w:pPr>
        <w:autoSpaceDE w:val="0"/>
        <w:autoSpaceDN w:val="0"/>
        <w:spacing w:before="192" w:after="0" w:line="262" w:lineRule="auto"/>
        <w:ind w:left="24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извлекать информацию из разных источников о человеке и обществе, включая информацию о народах России;</w:t>
      </w:r>
    </w:p>
    <w:p w:rsidR="003E0934" w:rsidRPr="009A383D" w:rsidRDefault="009A383D">
      <w:pPr>
        <w:autoSpaceDE w:val="0"/>
        <w:autoSpaceDN w:val="0"/>
        <w:spacing w:before="190" w:after="0" w:line="271" w:lineRule="auto"/>
        <w:ind w:left="24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анализировать, обобщать, систематизиров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 w:rsidR="003E0934" w:rsidRPr="009A383D" w:rsidRDefault="009A383D">
      <w:pPr>
        <w:autoSpaceDE w:val="0"/>
        <w:autoSpaceDN w:val="0"/>
        <w:spacing w:before="190" w:after="0" w:line="262" w:lineRule="auto"/>
        <w:ind w:left="240" w:right="144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оценивать собственные поступки и поведени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е других людей с точки зрения их соответствия духовным традициям общества;</w:t>
      </w:r>
    </w:p>
    <w:p w:rsidR="003E0934" w:rsidRPr="009A383D" w:rsidRDefault="009A383D">
      <w:pPr>
        <w:autoSpaceDE w:val="0"/>
        <w:autoSpaceDN w:val="0"/>
        <w:spacing w:before="190" w:after="0" w:line="271" w:lineRule="auto"/>
        <w:ind w:left="240" w:right="144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ля финансовых услуг), на соблюдение традиций общества, в котором мы живём;</w:t>
      </w:r>
    </w:p>
    <w:p w:rsidR="003E0934" w:rsidRPr="009A383D" w:rsidRDefault="009A383D">
      <w:pPr>
        <w:autoSpaceDE w:val="0"/>
        <w:autoSpaceDN w:val="0"/>
        <w:spacing w:before="190" w:after="0" w:line="271" w:lineRule="auto"/>
        <w:ind w:left="240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ьтур; осознавать ценность культуры и традиций народов России.</w:t>
      </w:r>
    </w:p>
    <w:p w:rsidR="003E0934" w:rsidRPr="009A383D" w:rsidRDefault="003E0934">
      <w:pPr>
        <w:rPr>
          <w:lang w:val="ru-RU"/>
        </w:rPr>
        <w:sectPr w:rsidR="003E0934" w:rsidRPr="009A383D">
          <w:pgSz w:w="11900" w:h="16840"/>
          <w:pgMar w:top="304" w:right="744" w:bottom="482" w:left="846" w:header="720" w:footer="720" w:gutter="0"/>
          <w:cols w:space="720" w:equalWidth="0">
            <w:col w:w="10310" w:space="0"/>
          </w:cols>
          <w:docGrid w:linePitch="360"/>
        </w:sectPr>
      </w:pPr>
    </w:p>
    <w:p w:rsidR="003E0934" w:rsidRPr="009A383D" w:rsidRDefault="003E0934">
      <w:pPr>
        <w:autoSpaceDE w:val="0"/>
        <w:autoSpaceDN w:val="0"/>
        <w:spacing w:after="64" w:line="220" w:lineRule="exact"/>
        <w:rPr>
          <w:lang w:val="ru-RU"/>
        </w:rPr>
      </w:pPr>
    </w:p>
    <w:p w:rsidR="003E0934" w:rsidRDefault="009A383D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202"/>
        <w:gridCol w:w="528"/>
        <w:gridCol w:w="1104"/>
        <w:gridCol w:w="1140"/>
        <w:gridCol w:w="806"/>
        <w:gridCol w:w="4418"/>
        <w:gridCol w:w="1020"/>
        <w:gridCol w:w="4888"/>
      </w:tblGrid>
      <w:tr w:rsidR="003E0934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1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47" w:lineRule="auto"/>
              <w:ind w:left="72" w:right="72"/>
              <w:jc w:val="both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деятельности</w:t>
            </w:r>
          </w:p>
        </w:tc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4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3E0934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934" w:rsidRDefault="003E093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934" w:rsidRDefault="003E0934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934" w:rsidRDefault="003E093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934" w:rsidRDefault="003E093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934" w:rsidRDefault="003E093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934" w:rsidRDefault="003E0934"/>
        </w:tc>
      </w:tr>
      <w:tr w:rsidR="003E0934" w:rsidRPr="009A383D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Раздел 1.</w:t>
            </w:r>
            <w:r w:rsidRPr="009A383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Человек и его социальное окружение </w:t>
            </w:r>
          </w:p>
        </w:tc>
      </w:tr>
      <w:tr w:rsidR="003E0934" w:rsidRPr="009A383D">
        <w:trPr>
          <w:trHeight w:hRule="exact" w:val="127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6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Социальное становление человека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80" w:after="0" w:line="257" w:lineRule="auto"/>
              <w:ind w:left="74"/>
              <w:rPr>
                <w:lang w:val="ru-RU"/>
              </w:rPr>
            </w:pP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 социальных свойствах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человека: распознавать в предлагаемых ситуациях особенности биологического и социального в человеке;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свойства человека и животных: отбирать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приведённые в тексте описания свойств; называть ос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обенности, свойственные только человеку;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потребности человека; показывать их индивидуальный характер: описывать ситуации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конкретного содержания;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Классифицировать потребности людей: составлять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классификационную таблицу на две-тр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 строки;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ценностное отношение к окружающим людям; Выявлять причинно-следственные связи при изучении явлений и процессов;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 формировании личности: находить соответствующие сведения в учебном тексте 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сравнительны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 таблицах;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Сравнивать понятия «индивид», «индивидуальность»,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«личность»: различать основные смыслы понятий 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отражаемые ими черты природы человека;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и аргументировать с опорой на обществоведческие знания и личный социальный опыт своё отношени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 к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различным способам выражения личной индивидуальности: формулировать суждения на основе информации,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предложенной учителем; выражать своё отношение к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поступкам людей в конкретных ситуациях;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Искать и извлекать из разных источников информацию о связи п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околений в нашем обществе, об особенностях подросткового возраста: выявлять соответствующие факты из разных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адаптированных источников (в том числе учебных материалов) и публикаций СМИ с соблюдением правил информационной безопасности при работе в Интернете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использования полученных знаний в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практической деятельности, в повседневной жизни для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выстраивания отношений с представителями старших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поколений, со сверстниками и младшими по возрасту: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проблемные задания, индивидуальные и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групповые проекты. Основы функциональной грамотности: глобальные компетенции;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внутреннюю позицию личности как особого ценностного отношения к себе, окружающим людям и жизни в целом;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Выбирать, анализировать, систематизировать 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интерпретиров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ать информацию различных видов и форм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представления;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особенности личностного становления и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80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80" w:after="0" w:line="254" w:lineRule="auto"/>
              <w:ind w:left="7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 «Введение. Что такое «обществознание» и зачем оно нужно?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»(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/1123/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«Человек – общество – государство»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/7111/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/255594/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«Принадлежность двум мирам»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/7112/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/296138/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«Человек и мир животных: отличия и сходства. 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Человек к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ак биосоциальное существо» (РЭШ)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/1255/ Урок «Потребности и способности человека»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/7115/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/255873/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«Потребности» (РЭШ)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/796/ Урок «Человек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как индивид, личность, индивидуальность» (МЭШ)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uchebnik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mos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material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view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atomic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objects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/7489593?</w:t>
            </w:r>
            <w:proofErr w:type="gramEnd"/>
          </w:p>
          <w:p w:rsidR="003E0934" w:rsidRPr="009A383D" w:rsidRDefault="009A383D">
            <w:pPr>
              <w:autoSpaceDE w:val="0"/>
              <w:autoSpaceDN w:val="0"/>
              <w:spacing w:before="20" w:after="0" w:line="252" w:lineRule="auto"/>
              <w:ind w:left="72"/>
              <w:rPr>
                <w:lang w:val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menuReferrer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=</w:t>
            </w:r>
            <w:proofErr w:type="gram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catalogue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«Человек – личность»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/7113/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/297843/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 «Возрасты нашей жизни. Особен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ности подросткового возраста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»(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/984/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«Отрочество – особая пора»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/7114/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/255532/ </w:t>
            </w:r>
          </w:p>
        </w:tc>
      </w:tr>
    </w:tbl>
    <w:p w:rsidR="003E0934" w:rsidRPr="009A383D" w:rsidRDefault="003E0934">
      <w:pPr>
        <w:autoSpaceDE w:val="0"/>
        <w:autoSpaceDN w:val="0"/>
        <w:spacing w:after="0" w:line="14" w:lineRule="exact"/>
        <w:rPr>
          <w:lang w:val="ru-RU"/>
        </w:rPr>
      </w:pPr>
    </w:p>
    <w:p w:rsidR="003E0934" w:rsidRPr="009A383D" w:rsidRDefault="003E0934">
      <w:pPr>
        <w:rPr>
          <w:lang w:val="ru-RU"/>
        </w:rPr>
        <w:sectPr w:rsidR="003E0934" w:rsidRPr="009A383D">
          <w:pgSz w:w="16840" w:h="11900"/>
          <w:pgMar w:top="282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202"/>
        <w:gridCol w:w="528"/>
        <w:gridCol w:w="1104"/>
        <w:gridCol w:w="1140"/>
        <w:gridCol w:w="806"/>
        <w:gridCol w:w="4418"/>
        <w:gridCol w:w="1020"/>
        <w:gridCol w:w="4888"/>
      </w:tblGrid>
      <w:tr w:rsidR="003E0934" w:rsidRPr="009A383D">
        <w:trPr>
          <w:trHeight w:hRule="exact" w:val="12762"/>
        </w:trPr>
        <w:tc>
          <w:tcPr>
            <w:tcW w:w="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3E0934">
            <w:pPr>
              <w:rPr>
                <w:lang w:val="ru-RU"/>
              </w:rPr>
            </w:pP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3E0934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3E0934">
            <w:pPr>
              <w:rPr>
                <w:lang w:val="ru-RU"/>
              </w:rPr>
            </w:pP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3E0934">
            <w:pPr>
              <w:rPr>
                <w:lang w:val="ru-RU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3E0934">
            <w:pPr>
              <w:rPr>
                <w:lang w:val="ru-RU"/>
              </w:rPr>
            </w:pP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3E0934">
            <w:pPr>
              <w:rPr>
                <w:lang w:val="ru-RU"/>
              </w:rPr>
            </w:pPr>
          </w:p>
        </w:tc>
        <w:tc>
          <w:tcPr>
            <w:tcW w:w="4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058" w:after="0" w:line="257" w:lineRule="auto"/>
              <w:ind w:left="74"/>
              <w:rPr>
                <w:lang w:val="ru-RU"/>
              </w:rPr>
            </w:pP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социальной позиции людей с ограниченными возможностями здоровья: описывать проявления воли, настойчивости,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целеустремлённости и других личностных качеств этих людей; Определять и аргументировать с опорой на обществоведческие 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знания и личный социальный опыт своё отношение к людям с ограниченными возможностями здоровья: формулировать суждения на основе информации, предложенной учителем; выражать своё отношение к поступкам людей в конкретных ситуациях;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Оценивать собственные пост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упки и поведение других людей в ситуациях взаимодействия с людьми с ограниченными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возможностями здоровья: выражать свою точку зрения,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участвовать в дискуссии. Основы функциональной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грамотности: глобальные компетенции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Ф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ормировать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ценностное отношение к 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окружающим людям;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причинно-следственные связи при изучении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факторов формирования личности;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Выбирать и интерпретировать информацию различных видов и форм представления;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3E0934">
            <w:pPr>
              <w:rPr>
                <w:lang w:val="ru-RU"/>
              </w:rPr>
            </w:pPr>
          </w:p>
        </w:tc>
        <w:tc>
          <w:tcPr>
            <w:tcW w:w="48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3E0934">
            <w:pPr>
              <w:rPr>
                <w:lang w:val="ru-RU"/>
              </w:rPr>
            </w:pPr>
          </w:p>
        </w:tc>
      </w:tr>
    </w:tbl>
    <w:p w:rsidR="003E0934" w:rsidRPr="009A383D" w:rsidRDefault="003E0934">
      <w:pPr>
        <w:autoSpaceDE w:val="0"/>
        <w:autoSpaceDN w:val="0"/>
        <w:spacing w:after="0" w:line="14" w:lineRule="exact"/>
        <w:rPr>
          <w:lang w:val="ru-RU"/>
        </w:rPr>
      </w:pPr>
    </w:p>
    <w:p w:rsidR="003E0934" w:rsidRPr="009A383D" w:rsidRDefault="003E0934">
      <w:pPr>
        <w:rPr>
          <w:lang w:val="ru-RU"/>
        </w:rPr>
        <w:sectPr w:rsidR="003E0934" w:rsidRPr="009A383D">
          <w:pgSz w:w="16840" w:h="11900"/>
          <w:pgMar w:top="0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E0934" w:rsidRPr="009A383D" w:rsidRDefault="003E0934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202"/>
        <w:gridCol w:w="528"/>
        <w:gridCol w:w="1104"/>
        <w:gridCol w:w="1140"/>
        <w:gridCol w:w="806"/>
        <w:gridCol w:w="4418"/>
        <w:gridCol w:w="1020"/>
        <w:gridCol w:w="4888"/>
      </w:tblGrid>
      <w:tr w:rsidR="003E0934">
        <w:trPr>
          <w:trHeight w:hRule="exact" w:val="833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66" w:after="0" w:line="245" w:lineRule="auto"/>
              <w:ind w:left="72" w:right="144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Деятельность человека.</w:t>
            </w:r>
          </w:p>
          <w:p w:rsidR="003E0934" w:rsidRPr="009A383D" w:rsidRDefault="009A383D">
            <w:pPr>
              <w:autoSpaceDE w:val="0"/>
              <w:autoSpaceDN w:val="0"/>
              <w:spacing w:before="32" w:after="0" w:line="247" w:lineRule="auto"/>
              <w:ind w:left="72" w:right="144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Учебная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деятельность школьника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57" w:lineRule="auto"/>
              <w:ind w:left="74"/>
              <w:rPr>
                <w:lang w:val="ru-RU"/>
              </w:rPr>
            </w:pP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 деятельности человека и её 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видах: распознавать в предлагаемых ситуациях цели 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результаты деятельности;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примеры деятельности людей, её различных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мотивов и особенностей в современных условиях: находить соответствующие факты в предоставленных учителем текстах и иллюстраци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ях, привлекать собственный опыт;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Классифицировать по разным признакам виды деятельности человека: выделять основание для классификации и заполнять сравнительную таблицу;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Сравнивать виды деятельности (игра, труд, учение): составлять таблицу, выделяя общие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черты и различия;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Устанавливать и объяснять взаимосвязь целей, способов и результатов деятельности: описывать результаты деятельности в зависимости от цели и способа её осуществления;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полученные знания для объяснения (устн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о-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го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письменног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о) познания человеком мира и самого себя как вида деятельности, роли непрерывного образования, значения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личного социального опыта при осуществлении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образовательной деятельности: объяснять цели и результаты познавательной деятельности в конкретных жизненн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ых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ситуациях; </w:t>
            </w:r>
            <w:r w:rsidRPr="009A383D">
              <w:rPr>
                <w:lang w:val="ru-RU"/>
              </w:rPr>
              <w:br/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 праве на образование, об образовании и его уровнях в РФ: находить данные в учебных материалах и предоставленных учителем источниках;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Овладевать смысловым чтением текстов обществоведческой 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тематики, предложенных учителем, в том числе извлечений из Закона «Об образовании в Российской Федерации»: составлять на их основе план, преобразовывать текстовую информацию в таблицу, схему.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Основы функциональной грамотности: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читательская грамотность;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звлекать информацию о правах и обязанностях учащегося из разных адаптированных источников (в том числе учебных материалов): заполнять таблицу и составлять план;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Оценивать своё отношение к учёбе как к важному виду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деятельности и значение получения образов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ания для своего будущего: выражать свою точку зрения, участвовать в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дискуссии;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Содействовать мотивации к целенаправленной социально значимой деятельности;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Давать адекватную оценку собственного отношения к учению, умения учиться и возможности его развити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я;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Проверочная работа;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52" w:lineRule="auto"/>
              <w:ind w:left="72" w:right="720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«Деятельность человека»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/7119/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/255780/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«Деятельность человека»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/1126/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 «Игра как вид деятель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ности» (МЭШ)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uchebnik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mos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material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view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atomic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objects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/7523775?</w:t>
            </w:r>
          </w:p>
          <w:p w:rsidR="003E0934" w:rsidRPr="009A383D" w:rsidRDefault="009A383D">
            <w:pPr>
              <w:autoSpaceDE w:val="0"/>
              <w:autoSpaceDN w:val="0"/>
              <w:spacing w:before="20" w:after="0" w:line="254" w:lineRule="auto"/>
              <w:ind w:left="72" w:right="720"/>
              <w:rPr>
                <w:lang w:val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menuReferrer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=</w:t>
            </w:r>
            <w:proofErr w:type="gram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catalogue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«Труд – основа жизни»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/7118/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/255501/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«Учение – деятельность школьника»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/7120/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/255749/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«Познание человеком мира и себя»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/7121/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/255439/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«Образование сегодня» (МЭШ)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uchebnik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mos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material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view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atomic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objects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/7523712?</w:t>
            </w:r>
          </w:p>
          <w:p w:rsidR="003E0934" w:rsidRDefault="009A383D">
            <w:pPr>
              <w:autoSpaceDE w:val="0"/>
              <w:autoSpaceDN w:val="0"/>
              <w:spacing w:before="18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menuR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eferrer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=catalogue</w:t>
            </w:r>
          </w:p>
        </w:tc>
      </w:tr>
    </w:tbl>
    <w:p w:rsidR="003E0934" w:rsidRDefault="003E0934">
      <w:pPr>
        <w:autoSpaceDE w:val="0"/>
        <w:autoSpaceDN w:val="0"/>
        <w:spacing w:after="0" w:line="14" w:lineRule="exact"/>
      </w:pPr>
    </w:p>
    <w:p w:rsidR="003E0934" w:rsidRDefault="003E0934">
      <w:pPr>
        <w:sectPr w:rsidR="003E093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E0934" w:rsidRDefault="003E093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202"/>
        <w:gridCol w:w="528"/>
        <w:gridCol w:w="1104"/>
        <w:gridCol w:w="1140"/>
        <w:gridCol w:w="806"/>
        <w:gridCol w:w="4418"/>
        <w:gridCol w:w="1020"/>
        <w:gridCol w:w="4888"/>
      </w:tblGrid>
      <w:tr w:rsidR="003E0934">
        <w:trPr>
          <w:trHeight w:hRule="exact" w:val="54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66" w:after="0" w:line="247" w:lineRule="auto"/>
              <w:ind w:left="7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Общение и его роль в жизни человека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57" w:lineRule="auto"/>
              <w:ind w:left="74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об общении и его </w:t>
            </w:r>
            <w:proofErr w:type="spell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прав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лах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находить и извлекать из текстов разного характера и жанра сведения о необходимости общения, его роли и правилах, особенностях общения подростков;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Сравнивать цели и средства общения: заполнять таблицу; Использовать полученные знания для объяснения (устного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письменного) сущности общения как социального явления, значения личного социального опыта при осуществлении общения в школе, семье, группе сверстников: объяснять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результаты общения в конкретных ситуациях с учётом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особенностей его современных форм. Осн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овы функциональной грамотности: глобальные компетенции;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и аргументировать с опорой на обществоведческие знания и личный социальный опыт своё отношение к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различным формам неформального общения подростков: формулировать суждения на основе информ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ации,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предложенной учителем; выражать своё отношение к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поступкам людей в конкретных ситуациях; </w:t>
            </w:r>
            <w:r w:rsidRPr="009A383D">
              <w:rPr>
                <w:lang w:val="ru-RU"/>
              </w:rPr>
              <w:br/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Оценивать собственные поступки и поведение в ходе общения: выражать свою точку зрения и делать выводы относительно собственного умения общаться со сверстникам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и, старшими и младшими;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внутреннюю позицию личности как особого ценностного отношения к себе, окружающим людям и жизни в целом;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Воспринимать и формулировать суждения, выражать эмоции в соответствии с условиями и целями общения;</w:t>
            </w:r>
            <w:proofErr w:type="gram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50" w:lineRule="auto"/>
              <w:ind w:left="72" w:right="1152"/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«Общение»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/7124/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/255718/ Урок «Общение.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Межличностные отношения» (РЭШ) https://resh.edu.ru/subject/lesson/1091/ </w:t>
            </w:r>
          </w:p>
        </w:tc>
      </w:tr>
    </w:tbl>
    <w:p w:rsidR="003E0934" w:rsidRDefault="003E0934">
      <w:pPr>
        <w:autoSpaceDE w:val="0"/>
        <w:autoSpaceDN w:val="0"/>
        <w:spacing w:after="0" w:line="14" w:lineRule="exact"/>
      </w:pPr>
    </w:p>
    <w:p w:rsidR="003E0934" w:rsidRDefault="003E0934">
      <w:pPr>
        <w:sectPr w:rsidR="003E093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E0934" w:rsidRDefault="003E093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202"/>
        <w:gridCol w:w="528"/>
        <w:gridCol w:w="1104"/>
        <w:gridCol w:w="1140"/>
        <w:gridCol w:w="806"/>
        <w:gridCol w:w="4418"/>
        <w:gridCol w:w="1020"/>
        <w:gridCol w:w="4888"/>
      </w:tblGrid>
      <w:tr w:rsidR="003E0934" w:rsidRPr="009A383D">
        <w:trPr>
          <w:trHeight w:hRule="exact" w:val="1014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6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Человек в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малой группе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57" w:lineRule="auto"/>
              <w:ind w:left="74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об особенностях </w:t>
            </w:r>
            <w:proofErr w:type="spell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взаим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gramEnd"/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действия человека с другими людьми в малых группах: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текстовую и аудиовизуальную информацию, находить и извлекать сведения об отношениях в семье и группе сверстников;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традиционные российские духовно-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нравственные ценности на примерах семьи, семейных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традиций: описывать ситуаци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проявления, сохранения,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развития семейных традиций; </w:t>
            </w:r>
            <w:r w:rsidRPr="009A383D">
              <w:rPr>
                <w:lang w:val="ru-RU"/>
              </w:rPr>
              <w:br/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примеры малых групп, положения человека в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группе, проявлений лидерства, соперничества и сотрудничества людей в группах: находить соответствующие факты в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предоставленных учителем текстах и 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контекстных задачах, иллюстрировать с помощью социальных фактов значимость поддержки сверстников для человека;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Устанавливать и объяснять взаимосвязи людей в малых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группах: описывать социальные связи подростка с членами семьи, одноклассниками, сверстникам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и, друзьями;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Устанавливать и объяснять взаимосвязи людей в малых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группах: описывать социальные связи подростка с членами семьи, одноклассниками, сверстниками, друзьями;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Решать в рамках изученного материала познавательные 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практические задачи, отражающ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ие особенности отношений в семье, со сверстниками, старшими и младшими: анализировать позиции участников, определять конструктивные модели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поведения. Основы функциональной грамотности: глобальные компетенции;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примеры конфликтных ситуаций в малы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 группах: описывать возможные варианты поведения в конфликтных ситуациях, находить конструктивное разрешение конфликта; Приводить примеры конфликтных ситуаций в малых группах: описывать возможные варианты поведения в конфликтных ситуациях, находить констр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уктивное разрешение конфликта; 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Анализировать, обобщать, систематизировать, оценивать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социальную информацию о человеке и его социальном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окружении из адаптированных источников (в том числе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учебных материалов) и публикаций в СМИ: выполнять задания к предло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женным учителем фрагментам;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использования полученных знаний в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практической деятельности, в повседневной жизни для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активного участия в жизни школы и класса: выполнять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проблемные задания, индивидуальные и групповые проекты;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Приобретать о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пыт совместной деятельности, включая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культур: выполнять учебные задания в парах и группах. Основы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функциональной грамотности: глобальные компетенции;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ценностное отношение к окружающим людям и обществу в целом. 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невербальные средства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общения, знать и распознавать предпосылки конфликтных ситуаций и смягчать конфликты, вести пер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еговоры;</w:t>
            </w:r>
            <w:proofErr w:type="gram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54" w:lineRule="auto"/>
              <w:ind w:left="72" w:right="720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«Человек в группе»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/7125/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/255687/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«Отношения с окружающими»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/7123/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/255470/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«Чем регулируется поведение людей?» 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/1160/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«Семья и семейные отношения»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/7122/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/255625/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«Семья» (РЭШ)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/1256/ Урок «Мир 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увлечений»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/7117/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/255811/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«Свободное время»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uchebnik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mos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material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view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atomic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objects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/7461470?</w:t>
            </w:r>
            <w:proofErr w:type="gramEnd"/>
          </w:p>
          <w:p w:rsidR="003E0934" w:rsidRPr="009A383D" w:rsidRDefault="009A383D">
            <w:pPr>
              <w:autoSpaceDE w:val="0"/>
              <w:autoSpaceDN w:val="0"/>
              <w:spacing w:before="18" w:after="0" w:line="252" w:lineRule="auto"/>
              <w:ind w:left="72" w:right="720"/>
              <w:rPr>
                <w:lang w:val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menuReferrer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=</w:t>
            </w:r>
            <w:proofErr w:type="gram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catalogue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«Отношения со сверстниками»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/7126/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/255563/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«Одноклассники, сверстники, друзья» (МЭШ)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uchebnik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mos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material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view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atomic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objects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/7461911?</w:t>
            </w:r>
          </w:p>
          <w:p w:rsidR="003E0934" w:rsidRPr="009A383D" w:rsidRDefault="009A383D">
            <w:pPr>
              <w:autoSpaceDE w:val="0"/>
              <w:autoSpaceDN w:val="0"/>
              <w:spacing w:before="20" w:after="0" w:line="252" w:lineRule="auto"/>
              <w:ind w:left="72" w:right="432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menuReferrer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catalogue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«Конфликты в межличностных отношениях»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/7127/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/255656/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«Социальный конфликт и способы его разрешения» (РЭШ)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/794/ </w:t>
            </w:r>
          </w:p>
        </w:tc>
      </w:tr>
      <w:tr w:rsidR="003E0934">
        <w:trPr>
          <w:trHeight w:hRule="exact" w:val="328"/>
        </w:trPr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133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</w:tr>
    </w:tbl>
    <w:p w:rsidR="003E0934" w:rsidRDefault="003E0934">
      <w:pPr>
        <w:autoSpaceDE w:val="0"/>
        <w:autoSpaceDN w:val="0"/>
        <w:spacing w:after="0" w:line="14" w:lineRule="exact"/>
      </w:pPr>
    </w:p>
    <w:p w:rsidR="003E0934" w:rsidRDefault="003E0934">
      <w:pPr>
        <w:sectPr w:rsidR="003E0934">
          <w:pgSz w:w="16840" w:h="11900"/>
          <w:pgMar w:top="284" w:right="640" w:bottom="41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E0934" w:rsidRDefault="003E093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202"/>
        <w:gridCol w:w="528"/>
        <w:gridCol w:w="1104"/>
        <w:gridCol w:w="1140"/>
        <w:gridCol w:w="806"/>
        <w:gridCol w:w="4418"/>
        <w:gridCol w:w="1020"/>
        <w:gridCol w:w="4888"/>
      </w:tblGrid>
      <w:tr w:rsidR="003E0934" w:rsidRPr="009A383D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Раздел 2.</w:t>
            </w:r>
            <w:r w:rsidRPr="009A383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Общество, в котором мы живём </w:t>
            </w:r>
          </w:p>
        </w:tc>
      </w:tr>
      <w:tr w:rsidR="003E0934" w:rsidRPr="009A383D">
        <w:trPr>
          <w:trHeight w:hRule="exact" w:val="70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66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Общество —совместная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жизнь людей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57" w:lineRule="auto"/>
              <w:ind w:left="74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об обществе и природе,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устройстве общественной жизни: определять на основе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текстовой и аудиовизуальной информации объекты пр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и-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роды 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объекты общества;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устройство общества и сферы его жизни: опираясь на учебные материалы и предоставленные учителем источники, описывать явления, процессы и объекты,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относящиеся к экономической, политической, социальной и духовной жизни;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примеры взаимосвязи между природой 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обществом: иллюстрировать влияние природы на общество и общества на природу фактами из курса истории;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полученные знания для объяснения влияния природы на общество и общества на природу: описыва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ть отношение общества к природе на разных этапах истории общества;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природы: формулиро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вать суждения и аргументы, на основе информации, предложенной учителем. Основы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функциональной грамотности: глобальные компетенции; Овладевать смысловым чтением текстов об устройстве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общественной жизни: составлять на основе учебных текстов план. 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Основы фу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нкциональной грамотности: читательская грамотность;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полученные знания в практической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деятельности, направленной на охрану природы: выполнять проектные задания;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ценностное отношение к окружающим людям и обществу в целом;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причинно-следственные связи при изучении сфер общества и их взаимообусловленности;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Прогнозировать возможное дальнейшее развитие общества и человека в обществе;</w:t>
            </w:r>
            <w:proofErr w:type="gram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«Значения слова «общество». Зачем нужно общество?» (РЭШ)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/1203/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«Общество и природа. Защита природы»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/1124/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«Сферы общественной жизни (подсистемы общества)» (РЭШ)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/1229/</w:t>
            </w:r>
          </w:p>
        </w:tc>
      </w:tr>
    </w:tbl>
    <w:p w:rsidR="003E0934" w:rsidRPr="009A383D" w:rsidRDefault="003E0934">
      <w:pPr>
        <w:autoSpaceDE w:val="0"/>
        <w:autoSpaceDN w:val="0"/>
        <w:spacing w:after="0" w:line="14" w:lineRule="exact"/>
        <w:rPr>
          <w:lang w:val="ru-RU"/>
        </w:rPr>
      </w:pPr>
    </w:p>
    <w:p w:rsidR="003E0934" w:rsidRPr="009A383D" w:rsidRDefault="003E0934">
      <w:pPr>
        <w:rPr>
          <w:lang w:val="ru-RU"/>
        </w:rPr>
        <w:sectPr w:rsidR="003E0934" w:rsidRPr="009A383D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E0934" w:rsidRPr="009A383D" w:rsidRDefault="003E0934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202"/>
        <w:gridCol w:w="528"/>
        <w:gridCol w:w="1104"/>
        <w:gridCol w:w="1140"/>
        <w:gridCol w:w="806"/>
        <w:gridCol w:w="4418"/>
        <w:gridCol w:w="1020"/>
        <w:gridCol w:w="4888"/>
      </w:tblGrid>
      <w:tr w:rsidR="003E0934">
        <w:trPr>
          <w:trHeight w:hRule="exact" w:val="457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66" w:after="0" w:line="252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Положение человека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 обществе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57" w:lineRule="auto"/>
              <w:ind w:left="74"/>
              <w:rPr>
                <w:lang w:val="ru-RU"/>
              </w:rPr>
            </w:pP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 положении человека в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обществе: читать и интерпретировать информацию,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представленную в разных формах;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примеры разного положения людей в обществе: моделировать ситуации, отражающие различное положение в обществе различных людей;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Классифицировать социальные общности и группы: составлять классификационную таблицу (с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хему);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Сравнивать социальные общности и группы, положение в обществе различных людей: заполнять сравнительную таблицу, устанавливать основания для сравнения;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полученные знания в практической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деятельности: выполнять проектные задания (индиви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дуально и в группе) по поиску и изучению примеров реализованных возможностей изменения людьми своего социального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положения;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ценностное отношение к окружающим людям и обществу в целом;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причинно-следственные связи при изучении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возмож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ностей изменения человеком своего положения в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обществе;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Выбирать и интерпретировать информацию различных видов и форм представления;</w:t>
            </w:r>
            <w:proofErr w:type="gram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52" w:lineRule="auto"/>
              <w:ind w:left="72" w:right="576"/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«Социальные группы»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/1204/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 «Этнические группы. Народы и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нации»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/1205/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«Социальный статус.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Социальная мобильность» (РЭШ) https://resh.edu.ru/subject/lesson/1177/ </w:t>
            </w:r>
          </w:p>
        </w:tc>
      </w:tr>
      <w:tr w:rsidR="003E0934">
        <w:trPr>
          <w:trHeight w:hRule="exact" w:val="51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Роль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экономики в жизни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общества.</w:t>
            </w:r>
          </w:p>
          <w:p w:rsidR="003E0934" w:rsidRDefault="009A383D">
            <w:pPr>
              <w:autoSpaceDE w:val="0"/>
              <w:autoSpaceDN w:val="0"/>
              <w:spacing w:before="32" w:after="0" w:line="250" w:lineRule="auto"/>
              <w:ind w:right="288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Основные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участники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экономики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57" w:lineRule="auto"/>
              <w:ind w:left="74"/>
              <w:rPr>
                <w:lang w:val="ru-RU"/>
              </w:rPr>
            </w:pP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 процессах и явлениях в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экономической жизни общества: читать и интерпретировать информацию, представленную в разных источниках;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различные формы хозяйствования: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преобразовывать текстовую информацию в таблицу;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водить примеры видов экономической деятельности: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отбирать соответствующие ситуации на основе иллюстраций и описаний;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Устанавливать взаимосвязи деятельности основных участников экономики: описывать их взаимодействие на основе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предоставленных учителем ист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очников;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Анализировать, обобщать, систематизировать, оценивать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социальную информацию, включая 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экономико-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статистическую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из адаптированных источников (в том числе учебных материалов) и публикаций в СМИ: выполнять задание к предложенному учителем фрагмент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основы финансовой грамотности в практической деятельности, в повседневной жизни для защиты прав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потребителя финансовых услуг: выполнять проблемные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задания, индивидуальные и групповые проекты. Основы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функциональной грамотности: финансова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 грамотность;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мотивацию к целенаправленной социально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значимой деятельности;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и характеризовать существенные признаки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экономической деятельности, устанавливая основания для сравнения;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50" w:lineRule="auto"/>
              <w:ind w:left="72" w:right="576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«Что такое экономика?»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/797/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«Экономика и ее основные участники» (МЭШ)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uchebnik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mos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material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view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atomic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objects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/10302096?</w:t>
            </w:r>
          </w:p>
          <w:p w:rsidR="003E0934" w:rsidRPr="009A383D" w:rsidRDefault="009A383D">
            <w:pPr>
              <w:autoSpaceDE w:val="0"/>
              <w:autoSpaceDN w:val="0"/>
              <w:spacing w:before="20" w:after="0" w:line="250" w:lineRule="auto"/>
              <w:ind w:left="72" w:right="720"/>
              <w:rPr>
                <w:lang w:val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menuReferrer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=</w:t>
            </w:r>
            <w:proofErr w:type="gram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catalogue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Видео «Бюджет семьи» (МЭШ)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uchebnik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mos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material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view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atomic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object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/8701386?</w:t>
            </w:r>
          </w:p>
          <w:p w:rsidR="003E0934" w:rsidRDefault="009A383D">
            <w:pPr>
              <w:autoSpaceDE w:val="0"/>
              <w:autoSpaceDN w:val="0"/>
              <w:spacing w:before="18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menuReferrer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=catalogue</w:t>
            </w:r>
          </w:p>
        </w:tc>
      </w:tr>
    </w:tbl>
    <w:p w:rsidR="003E0934" w:rsidRDefault="003E0934">
      <w:pPr>
        <w:autoSpaceDE w:val="0"/>
        <w:autoSpaceDN w:val="0"/>
        <w:spacing w:after="0" w:line="14" w:lineRule="exact"/>
      </w:pPr>
    </w:p>
    <w:p w:rsidR="003E0934" w:rsidRDefault="003E0934">
      <w:pPr>
        <w:sectPr w:rsidR="003E0934">
          <w:pgSz w:w="16840" w:h="11900"/>
          <w:pgMar w:top="284" w:right="640" w:bottom="79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E0934" w:rsidRDefault="003E093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202"/>
        <w:gridCol w:w="528"/>
        <w:gridCol w:w="1104"/>
        <w:gridCol w:w="1140"/>
        <w:gridCol w:w="806"/>
        <w:gridCol w:w="4418"/>
        <w:gridCol w:w="1020"/>
        <w:gridCol w:w="4888"/>
      </w:tblGrid>
      <w:tr w:rsidR="003E0934">
        <w:trPr>
          <w:trHeight w:hRule="exact" w:val="552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66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Политическая жизнь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57" w:lineRule="auto"/>
              <w:ind w:left="74"/>
              <w:rPr>
                <w:lang w:val="ru-RU"/>
              </w:rPr>
            </w:pP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 явлениях в политической 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жизни общества, о народах России, о государственной власти в Российской Федерации: описывать политические события, государственные символы России;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государство: называть основные признаки и задачи государства;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Извлекать из разных источнико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 информацию о народах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России: проводить поиск и отбор социальной информации о народах России из адаптированных источников,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предоставленных учителем;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Овладевать смысловым чтением текстов обществоведческой тематики: преобразовывать статистическую и визуа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льную информацию о достижениях России в текст;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Основы функциональной грамотности: читательская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грамотность;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полученные знания для объяснения (устного и письменного) сущности, взаимосвязей явлений, процессов 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социальной действительности: формулировать выводы,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подкрепляя их аргументами, о роли России в современном мире;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Осознавать российскую гражданскую идентичность, осваивать традиционные российские социокультурные и духовно-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нравственные ценности;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Выявлять и характеризовать существенные признаки объектов (явлений);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 «Российская Федерация как многонациональное государство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»(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/1259/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«Российская Федерация: государственная символика» (РЭШ)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/987/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 «Российская Федерация: форма правл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ения и политический режим» (РЭШ)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/1063/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«Что такое государство?» 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/795/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«Зачем нужно государство: функции государства» (РЭШ)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/1161/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 «Как устроены высшие государственные органы в Российской Федерации» (РЭШ)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/1257/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«Россия среди современных государств» (МЭШ)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uchebnik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mos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material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view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atomic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objects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/10304590?</w:t>
            </w:r>
            <w:proofErr w:type="gramEnd"/>
          </w:p>
          <w:p w:rsidR="003E0934" w:rsidRDefault="009A383D">
            <w:pPr>
              <w:autoSpaceDE w:val="0"/>
              <w:autoSpaceDN w:val="0"/>
              <w:spacing w:before="18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menuReferrer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=catalogue</w:t>
            </w:r>
          </w:p>
        </w:tc>
      </w:tr>
    </w:tbl>
    <w:p w:rsidR="003E0934" w:rsidRDefault="003E0934">
      <w:pPr>
        <w:autoSpaceDE w:val="0"/>
        <w:autoSpaceDN w:val="0"/>
        <w:spacing w:after="0" w:line="14" w:lineRule="exact"/>
      </w:pPr>
    </w:p>
    <w:p w:rsidR="003E0934" w:rsidRDefault="003E0934">
      <w:pPr>
        <w:sectPr w:rsidR="003E093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E0934" w:rsidRDefault="003E093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202"/>
        <w:gridCol w:w="528"/>
        <w:gridCol w:w="1104"/>
        <w:gridCol w:w="1140"/>
        <w:gridCol w:w="806"/>
        <w:gridCol w:w="4418"/>
        <w:gridCol w:w="1020"/>
        <w:gridCol w:w="4888"/>
      </w:tblGrid>
      <w:tr w:rsidR="003E0934">
        <w:trPr>
          <w:trHeight w:hRule="exact" w:val="586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54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Культурная жизнь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57" w:lineRule="auto"/>
              <w:ind w:left="74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и применять знания о культуре и духовной жизни: извлекать и интерпретировать информацию из разных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источников;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традиционные российские духовно-нрав-</w:t>
            </w:r>
            <w:proofErr w:type="spell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ственные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ценности: описывать духовные ценности и с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о-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бытия культурной жизни народов России на основе предоставленных учителем материалов, ситуации проявления милосердия,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справедливости и 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др.;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Оценивать собственные поступки и поведение других людей с точки зрения их соответствия духовным традициям общества: давать высокую оценку следования традициям и возрождения традиций, заслуживающего одобрения; 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отношения к культуре и традициям народов 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России как к ценности;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полученные знания в практической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деятельности, направленной на соблюдение традиций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общества, в котором мы живём: выполнять проектные задания; Осуществлять совместную деятельность, включая </w:t>
            </w:r>
            <w:proofErr w:type="spell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взаимо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-действие с людьми друг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ой культуры, национальной 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религиозной принадлежности, на основе взаимопонимания между людьми разных культур: выполнять учебные задания в парах и группах.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Основы функциональной грамотности: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глобальные компетенции;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Формировать внутреннюю позицию личност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как особого ценностного отношения к себе, окружающим людям и жизни в целом;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Прогнозировать возможное дальнейшее развитие культуры в условиях современного общества;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Проводить по самостоятельно составленному плану небольшое исследование роли традиций в о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бществе;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 «Что такое «культура» и сколько значений у этого слова?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»(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/1112/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«Сфера духовной жизни» (МЭШ)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uchebnik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mos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material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view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atomic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objects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/7464802?</w:t>
            </w:r>
          </w:p>
          <w:p w:rsidR="003E0934" w:rsidRDefault="009A383D">
            <w:pPr>
              <w:autoSpaceDE w:val="0"/>
              <w:autoSpaceDN w:val="0"/>
              <w:spacing w:before="2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menuReferrer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=catalogue</w:t>
            </w:r>
          </w:p>
        </w:tc>
      </w:tr>
    </w:tbl>
    <w:p w:rsidR="003E0934" w:rsidRDefault="003E0934">
      <w:pPr>
        <w:autoSpaceDE w:val="0"/>
        <w:autoSpaceDN w:val="0"/>
        <w:spacing w:after="0" w:line="14" w:lineRule="exact"/>
      </w:pPr>
    </w:p>
    <w:p w:rsidR="003E0934" w:rsidRDefault="003E0934">
      <w:pPr>
        <w:sectPr w:rsidR="003E093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E0934" w:rsidRDefault="003E093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202"/>
        <w:gridCol w:w="528"/>
        <w:gridCol w:w="1104"/>
        <w:gridCol w:w="1140"/>
        <w:gridCol w:w="806"/>
        <w:gridCol w:w="4418"/>
        <w:gridCol w:w="1020"/>
        <w:gridCol w:w="4888"/>
      </w:tblGrid>
      <w:tr w:rsidR="003E0934">
        <w:trPr>
          <w:trHeight w:hRule="exact" w:val="96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6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Развитие общества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57" w:lineRule="auto"/>
              <w:ind w:left="74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 типах общества: распознавать в тексте описания разных типов обществ;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информационное общество: отбирать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значимые признаки для его характеристики;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примеры глобальных проблем: отбирать факты в источниках (учебный текст, Интернет). Основы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функциональной грамотности: глобальные компетенции;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ь и применять знания о глобальных проблемах: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находить и извлекать сведения о причинах и последствиях глобальных проблем. Основы функциональной грамотности: глобальные компетенции;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Решать в рамках изученного материала познавательные 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практические задачи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отражающие возможности юного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гражданина внести свой вклад в решение экологической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проблемы: подбирать ситуации, требующие решения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локальных вопросов, формулировать задания и выполнять их в парах или командах;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Овладевать смысловым чтением: отбирать ин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формацию о возможностях решения глобальных проблем усилиями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международного сообщества и международных организаций (ООН и Международное движение Красного Креста и Красного Полумесяца и др.). Основы функциональной грамотности: читательская грамотность;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Быт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ь мотивированным на целенаправленную социально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значимую деятельность (участие в экологических акциях); Выявлять причинно-следственные связи при изучении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глобальных проблем; делать выводы о важности бережного отношения человека к природе;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Развитие общества 30. Развитие общества. 31. Усиление взаимосвязей стран и народов в условиях информационного общества.</w:t>
            </w:r>
          </w:p>
          <w:p w:rsidR="003E0934" w:rsidRPr="009A383D" w:rsidRDefault="009A383D">
            <w:pPr>
              <w:autoSpaceDE w:val="0"/>
              <w:autoSpaceDN w:val="0"/>
              <w:spacing w:before="20" w:after="0" w:line="257" w:lineRule="auto"/>
              <w:ind w:left="7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32. Глобальные проблемы современности 3 Развитие общества. 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Усиление взаимосвязей стран и народов в условиях информационного общества. Глобальные проблемы современности и возможности их решения усилиями международного сообщества и международных организаций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сваивать и применять знания о типах общества: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распознават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ь в тексте описания разных типов обществ. ПР1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арактеризовать информационное общество: отбирать значимые признаки для его характеристики. ПР2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риводить примеры глобальных проблем: отбирать факты в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источниках (учебный текст, Интернет). ПР3, Основы функци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ональной грамотности: глобальные компетенции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сваивать и применять знания о глобальных проблемах: находить и извлекать сведения о причинах и последствиях глобальных проблем. ПР1, Основы функциональной грамотности: глобальные компетенции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ешать в рамках из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ученного материала познавательные 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практические задачи, отражающие возможности юного гражданина внести свой вклад в решение экологической проблемы: подбирать ситуации, требующие решения локальных вопросов, формулировать задания и выполнять их в парах или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командах. ПР9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владевать смысловым чтением: отбирать информацию о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возможностях решения глобальных проблем усилиями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международного сообщества и международных организаций (ООН и Международное движение Красного Креста и Красного Полумесяца и др.). ПР10, О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сновы функциональной грамотности: читательская грамотность</w:t>
            </w:r>
            <w:proofErr w:type="gramStart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ыть мотивированным на целенаправленную социально значимую деятельность (участие в экологических акциях). (ЛР)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причинно-следственные связи при изучении глобальных проблем; делать выводы 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 важности бережного отношения человека к природе. (МР) Урок «Развитие общества» (МЭШ)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uchebnik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mos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material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view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atomic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objects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/7489843?</w:t>
            </w:r>
          </w:p>
          <w:p w:rsidR="003E0934" w:rsidRPr="009A383D" w:rsidRDefault="009A383D">
            <w:pPr>
              <w:autoSpaceDE w:val="0"/>
              <w:autoSpaceDN w:val="0"/>
              <w:spacing w:before="18" w:after="0" w:line="252" w:lineRule="auto"/>
              <w:ind w:left="72" w:right="720"/>
              <w:rPr>
                <w:lang w:val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menuReferrer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=</w:t>
            </w:r>
            <w:proofErr w:type="gram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catalogue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«Основные типы обществ» (РЭШ)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/988/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«Информация в современном мире» (МЭШ)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uchebnik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mos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material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view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atomic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objects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/7523790?</w:t>
            </w:r>
          </w:p>
          <w:p w:rsidR="003E0934" w:rsidRPr="009A383D" w:rsidRDefault="009A383D">
            <w:pPr>
              <w:autoSpaceDE w:val="0"/>
              <w:autoSpaceDN w:val="0"/>
              <w:spacing w:before="20" w:after="0" w:line="247" w:lineRule="auto"/>
              <w:ind w:left="72" w:right="720"/>
              <w:rPr>
                <w:lang w:val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menuReferrer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=</w:t>
            </w:r>
            <w:proofErr w:type="gram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catalogue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«Усиление взаимосвязей стран и народов» (МЭШ)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uchebnik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mos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material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view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atomic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objects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/7489569?</w:t>
            </w:r>
          </w:p>
          <w:p w:rsidR="003E0934" w:rsidRPr="009A383D" w:rsidRDefault="009A383D">
            <w:pPr>
              <w:autoSpaceDE w:val="0"/>
              <w:autoSpaceDN w:val="0"/>
              <w:spacing w:before="20" w:after="0" w:line="247" w:lineRule="auto"/>
              <w:ind w:left="72" w:right="720"/>
              <w:rPr>
                <w:lang w:val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menuReferrer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=</w:t>
            </w:r>
            <w:proofErr w:type="gram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catalogue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«Глобальные проблемы современности» (МЭШ) </w:t>
            </w:r>
            <w:r w:rsidRPr="009A383D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uchebnik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mos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material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view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atomic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objects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/7489292?</w:t>
            </w:r>
          </w:p>
          <w:p w:rsidR="003E0934" w:rsidRPr="009A383D" w:rsidRDefault="009A383D">
            <w:pPr>
              <w:autoSpaceDE w:val="0"/>
              <w:autoSpaceDN w:val="0"/>
              <w:spacing w:before="20" w:after="0" w:line="247" w:lineRule="auto"/>
              <w:ind w:left="72" w:right="720"/>
              <w:rPr>
                <w:lang w:val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menuReferrer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=</w:t>
            </w:r>
            <w:proofErr w:type="gram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catalogue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«Пути преодоления глобальных проблем» (МЭШ)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uchebnik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mos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material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view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atomic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obje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cts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/7489820?</w:t>
            </w:r>
          </w:p>
          <w:p w:rsidR="003E0934" w:rsidRDefault="009A383D">
            <w:pPr>
              <w:autoSpaceDE w:val="0"/>
              <w:autoSpaceDN w:val="0"/>
              <w:spacing w:before="20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menuReferrer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=catalogue </w:t>
            </w:r>
          </w:p>
        </w:tc>
      </w:tr>
      <w:tr w:rsidR="003E0934">
        <w:trPr>
          <w:trHeight w:hRule="exact" w:val="348"/>
        </w:trPr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33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</w:tr>
      <w:tr w:rsidR="003E0934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3.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Итоговое повторение</w:t>
            </w:r>
          </w:p>
        </w:tc>
      </w:tr>
    </w:tbl>
    <w:p w:rsidR="003E0934" w:rsidRDefault="003E0934">
      <w:pPr>
        <w:autoSpaceDE w:val="0"/>
        <w:autoSpaceDN w:val="0"/>
        <w:spacing w:after="0" w:line="14" w:lineRule="exact"/>
      </w:pPr>
    </w:p>
    <w:p w:rsidR="003E0934" w:rsidRDefault="003E0934">
      <w:pPr>
        <w:sectPr w:rsidR="003E0934">
          <w:pgSz w:w="16840" w:h="11900"/>
          <w:pgMar w:top="284" w:right="640" w:bottom="47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E0934" w:rsidRDefault="003E093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202"/>
        <w:gridCol w:w="528"/>
        <w:gridCol w:w="1104"/>
        <w:gridCol w:w="1140"/>
        <w:gridCol w:w="806"/>
        <w:gridCol w:w="4418"/>
        <w:gridCol w:w="1020"/>
        <w:gridCol w:w="4888"/>
      </w:tblGrid>
      <w:tr w:rsidR="003E0934" w:rsidRPr="009A383D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Защита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проектов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Защита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проектов;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 работа;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Проекты;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45" w:lineRule="auto"/>
              <w:ind w:left="72" w:right="187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«Обобщающее занятие за год» (РЭШ)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/1162/</w:t>
            </w:r>
          </w:p>
        </w:tc>
      </w:tr>
      <w:tr w:rsidR="003E0934">
        <w:trPr>
          <w:trHeight w:hRule="exact" w:val="348"/>
        </w:trPr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33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</w:tr>
      <w:tr w:rsidR="003E0934">
        <w:trPr>
          <w:trHeight w:hRule="exact" w:val="906"/>
        </w:trPr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ОБЩЕЕ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КОЛИЧЕСТВО ЧАСОВ ПО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1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</w:tr>
    </w:tbl>
    <w:p w:rsidR="003E0934" w:rsidRDefault="003E0934">
      <w:pPr>
        <w:autoSpaceDE w:val="0"/>
        <w:autoSpaceDN w:val="0"/>
        <w:spacing w:after="0" w:line="14" w:lineRule="exact"/>
      </w:pPr>
    </w:p>
    <w:p w:rsidR="003E0934" w:rsidRDefault="003E0934">
      <w:pPr>
        <w:sectPr w:rsidR="003E093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E0934" w:rsidRDefault="003E0934">
      <w:pPr>
        <w:autoSpaceDE w:val="0"/>
        <w:autoSpaceDN w:val="0"/>
        <w:spacing w:after="78" w:line="220" w:lineRule="exact"/>
      </w:pPr>
    </w:p>
    <w:p w:rsidR="003E0934" w:rsidRDefault="009A383D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62"/>
        <w:gridCol w:w="732"/>
        <w:gridCol w:w="1620"/>
        <w:gridCol w:w="1668"/>
        <w:gridCol w:w="1164"/>
        <w:gridCol w:w="1502"/>
      </w:tblGrid>
      <w:tr w:rsidR="003E0934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3E0934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934" w:rsidRDefault="003E0934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934" w:rsidRDefault="003E0934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контрольные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934" w:rsidRDefault="003E0934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934" w:rsidRDefault="003E0934"/>
        </w:tc>
      </w:tr>
      <w:tr w:rsidR="003E093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Введение. Основные понятия курса обществознание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 w:line="278" w:lineRule="auto"/>
              <w:ind w:left="72" w:right="144"/>
              <w:rPr>
                <w:lang w:val="ru-RU"/>
              </w:rPr>
            </w:pPr>
            <w:proofErr w:type="gramStart"/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Биологическое</w:t>
            </w:r>
            <w:proofErr w:type="gramEnd"/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социальное в человеке. Черты сходства и различия человека 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животного.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Потребности человека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(биологические, социальные, духовные).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Индивид, индивидуальность, личность. Возрастные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периоды жизни человека и формирование личности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Отношения между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поколениями. Особенности подросткового возраста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Люди с ограниченными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возможностями здоровья, их особые потребности 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социальная позиция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3E0934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Цели и мотивы деятельности. Виды деятельности: игра,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труд, учение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1166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3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100" w:after="0" w:line="271" w:lineRule="auto"/>
              <w:ind w:left="72" w:right="288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Познание человеком мира и самого себя как вид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деятельности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Проверочная работа;</w:t>
            </w:r>
          </w:p>
        </w:tc>
      </w:tr>
      <w:tr w:rsidR="003E093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Право человека на образование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Права и обязанности учащегося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3E093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Общение. Цели и средства общения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Особенности общения подростков. Общение в современных условиях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3E0934" w:rsidRDefault="003E0934">
      <w:pPr>
        <w:autoSpaceDE w:val="0"/>
        <w:autoSpaceDN w:val="0"/>
        <w:spacing w:after="0" w:line="14" w:lineRule="exact"/>
      </w:pPr>
    </w:p>
    <w:p w:rsidR="003E0934" w:rsidRDefault="003E0934">
      <w:pPr>
        <w:sectPr w:rsidR="003E0934">
          <w:pgSz w:w="11900" w:h="16840"/>
          <w:pgMar w:top="298" w:right="650" w:bottom="34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E0934" w:rsidRDefault="003E093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62"/>
        <w:gridCol w:w="732"/>
        <w:gridCol w:w="1620"/>
        <w:gridCol w:w="1668"/>
        <w:gridCol w:w="1164"/>
        <w:gridCol w:w="1502"/>
      </w:tblGrid>
      <w:tr w:rsidR="003E0934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Отношения в малых группах. Групповые нормы и правила.</w:t>
            </w:r>
          </w:p>
          <w:p w:rsidR="003E0934" w:rsidRDefault="009A383D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Лидерство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группе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Межличностные отношения (деловые, личные)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Отношения в семье. Роль семьи в жизни человека и общества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Семейные традиции. Семейный досуг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3E0934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Свободное время подростка. Отношения с друзьями 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сверстниками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Конфликты в межличностных отношениях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Обобщающий урок: Человек и его </w:t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социальное окружение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 w:line="271" w:lineRule="auto"/>
              <w:ind w:right="864"/>
              <w:jc w:val="center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Контрольная работа по разделу: Человек и его социальное окружение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3E093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общество. Связь общества и природы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Устройство общественной </w:t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жизни. Основные сферы жизни общества и их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взаимодействие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100" w:after="0" w:line="271" w:lineRule="auto"/>
              <w:ind w:left="7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Социальные общности 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группы. Положение человека в обществе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24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экономика.</w:t>
            </w:r>
          </w:p>
          <w:p w:rsidR="003E0934" w:rsidRPr="009A383D" w:rsidRDefault="009A383D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Взаимосвязь жизни общества и его экономического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развития. Виды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экономической деятельности.</w:t>
            </w:r>
          </w:p>
          <w:p w:rsidR="003E0934" w:rsidRPr="009A383D" w:rsidRDefault="009A383D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Ресурсы и возможности экономики нашей страны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3E0934" w:rsidRDefault="003E0934">
      <w:pPr>
        <w:autoSpaceDE w:val="0"/>
        <w:autoSpaceDN w:val="0"/>
        <w:spacing w:after="0" w:line="14" w:lineRule="exact"/>
      </w:pPr>
    </w:p>
    <w:p w:rsidR="003E0934" w:rsidRDefault="003E0934">
      <w:pPr>
        <w:sectPr w:rsidR="003E0934">
          <w:pgSz w:w="11900" w:h="16840"/>
          <w:pgMar w:top="284" w:right="650" w:bottom="114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E0934" w:rsidRDefault="003E093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62"/>
        <w:gridCol w:w="732"/>
        <w:gridCol w:w="1620"/>
        <w:gridCol w:w="1668"/>
        <w:gridCol w:w="1164"/>
        <w:gridCol w:w="1502"/>
      </w:tblGrid>
      <w:tr w:rsidR="003E0934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Политическая жизнь общества. Россия - многонациональное государство. Государственная власть в нашей стране.</w:t>
            </w:r>
          </w:p>
          <w:p w:rsidR="003E0934" w:rsidRPr="009A383D" w:rsidRDefault="009A383D">
            <w:pPr>
              <w:autoSpaceDE w:val="0"/>
              <w:autoSpaceDN w:val="0"/>
              <w:spacing w:before="70" w:after="0"/>
              <w:ind w:right="720"/>
              <w:jc w:val="center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Государственный Герб, Государственный Флаг, Государственный Гимн Российской Федерации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Наша страна в начале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XXI</w:t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века. Место нашей Родины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среди современных государств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3E0934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Культурная жизнь. Духовные ценности, традиционные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ценности российского народа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Развитие общества. Усиление взаимосвязей стран и народов </w:t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 условиях информационного общества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Глобальные проблемы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современности и возможности их решения усилиями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международного сообщества и международных организаций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3E093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Обобщающий урок: Общество, в котором </w:t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мы живем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Защита проектов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  <w:tr w:rsidR="003E093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Защита проектов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  <w:tr w:rsidR="003E0934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Контрольная работа по </w:t>
            </w:r>
            <w:r w:rsidRPr="009A383D">
              <w:rPr>
                <w:lang w:val="ru-RU"/>
              </w:rPr>
              <w:br/>
            </w: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разделу: Общество, в котором мы живем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3E0934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Итоговое повторение: Общество и его сферы.</w:t>
            </w:r>
          </w:p>
          <w:p w:rsidR="003E0934" w:rsidRDefault="009A383D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обществ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3E0934">
        <w:trPr>
          <w:trHeight w:hRule="exact" w:val="808"/>
        </w:trPr>
        <w:tc>
          <w:tcPr>
            <w:tcW w:w="3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Pr="009A383D" w:rsidRDefault="009A383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A383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9A383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934" w:rsidRDefault="003E0934"/>
        </w:tc>
      </w:tr>
    </w:tbl>
    <w:p w:rsidR="003E0934" w:rsidRDefault="003E0934">
      <w:pPr>
        <w:autoSpaceDE w:val="0"/>
        <w:autoSpaceDN w:val="0"/>
        <w:spacing w:after="0" w:line="14" w:lineRule="exact"/>
      </w:pPr>
    </w:p>
    <w:p w:rsidR="003E0934" w:rsidRDefault="003E0934">
      <w:pPr>
        <w:sectPr w:rsidR="003E0934">
          <w:pgSz w:w="11900" w:h="16840"/>
          <w:pgMar w:top="284" w:right="650" w:bottom="13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E0934" w:rsidRDefault="003E0934">
      <w:pPr>
        <w:autoSpaceDE w:val="0"/>
        <w:autoSpaceDN w:val="0"/>
        <w:spacing w:after="78" w:line="220" w:lineRule="exact"/>
      </w:pPr>
    </w:p>
    <w:p w:rsidR="003E0934" w:rsidRDefault="009A383D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3E0934" w:rsidRDefault="009A383D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3E0934" w:rsidRPr="009A383D" w:rsidRDefault="009A383D">
      <w:pPr>
        <w:autoSpaceDE w:val="0"/>
        <w:autoSpaceDN w:val="0"/>
        <w:spacing w:before="166" w:after="0" w:line="271" w:lineRule="auto"/>
        <w:ind w:right="1296"/>
        <w:rPr>
          <w:lang w:val="ru-RU"/>
        </w:rPr>
      </w:pP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Боголюбов Л.Н., Виноградова Н.Ф., Городецкая Н.И. и другие. Обществознание, 6 класс. Издательство «Просвещение» Издательство «Просвещение»; </w:t>
      </w:r>
      <w:r w:rsidRPr="009A383D">
        <w:rPr>
          <w:lang w:val="ru-RU"/>
        </w:rPr>
        <w:br/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</w:t>
      </w:r>
      <w:r w:rsidRPr="009A383D">
        <w:rPr>
          <w:rFonts w:ascii="Times New Roman" w:eastAsia="Times New Roman" w:hAnsi="Times New Roman"/>
          <w:color w:val="000000"/>
          <w:sz w:val="24"/>
          <w:lang w:val="ru-RU"/>
        </w:rPr>
        <w:t>вариант:</w:t>
      </w:r>
    </w:p>
    <w:p w:rsidR="003E0934" w:rsidRPr="009A383D" w:rsidRDefault="009A383D">
      <w:pPr>
        <w:autoSpaceDE w:val="0"/>
        <w:autoSpaceDN w:val="0"/>
        <w:spacing w:before="262" w:after="0" w:line="230" w:lineRule="auto"/>
        <w:rPr>
          <w:lang w:val="ru-RU"/>
        </w:rPr>
      </w:pPr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3E0934" w:rsidRPr="009A383D" w:rsidRDefault="009A383D">
      <w:pPr>
        <w:autoSpaceDE w:val="0"/>
        <w:autoSpaceDN w:val="0"/>
        <w:spacing w:before="262" w:after="0" w:line="230" w:lineRule="auto"/>
        <w:rPr>
          <w:lang w:val="ru-RU"/>
        </w:rPr>
      </w:pPr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3E0934" w:rsidRPr="009A383D" w:rsidRDefault="003E0934">
      <w:pPr>
        <w:rPr>
          <w:lang w:val="ru-RU"/>
        </w:rPr>
        <w:sectPr w:rsidR="003E0934" w:rsidRPr="009A383D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E0934" w:rsidRPr="009A383D" w:rsidRDefault="003E0934">
      <w:pPr>
        <w:autoSpaceDE w:val="0"/>
        <w:autoSpaceDN w:val="0"/>
        <w:spacing w:after="78" w:line="220" w:lineRule="exact"/>
        <w:rPr>
          <w:lang w:val="ru-RU"/>
        </w:rPr>
      </w:pPr>
    </w:p>
    <w:p w:rsidR="003E0934" w:rsidRPr="009A383D" w:rsidRDefault="009A383D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9A383D">
        <w:rPr>
          <w:lang w:val="ru-RU"/>
        </w:rPr>
        <w:br/>
      </w:r>
      <w:proofErr w:type="spellStart"/>
      <w:proofErr w:type="gramStart"/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proofErr w:type="gramEnd"/>
      <w:r w:rsidRPr="009A383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ПРАКТИЧЕСКИХ РАБОТ</w:t>
      </w:r>
    </w:p>
    <w:p w:rsidR="003E0934" w:rsidRPr="009A383D" w:rsidRDefault="003E0934">
      <w:pPr>
        <w:rPr>
          <w:lang w:val="ru-RU"/>
        </w:rPr>
        <w:sectPr w:rsidR="003E0934" w:rsidRPr="009A383D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00000" w:rsidRPr="009A383D" w:rsidRDefault="009A383D">
      <w:pPr>
        <w:rPr>
          <w:lang w:val="ru-RU"/>
        </w:rPr>
      </w:pPr>
    </w:p>
    <w:sectPr w:rsidR="00000000" w:rsidRPr="009A383D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E0934"/>
    <w:rsid w:val="009A383D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9A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9A38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9A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9A38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250D8E-5CD7-4669-BF36-49223A420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8642</Words>
  <Characters>49263</Characters>
  <Application>Microsoft Office Word</Application>
  <DocSecurity>0</DocSecurity>
  <Lines>410</Lines>
  <Paragraphs>115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57790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2</cp:lastModifiedBy>
  <cp:revision>2</cp:revision>
  <dcterms:created xsi:type="dcterms:W3CDTF">2022-12-15T08:11:00Z</dcterms:created>
  <dcterms:modified xsi:type="dcterms:W3CDTF">2022-12-15T08:11:00Z</dcterms:modified>
</cp:coreProperties>
</file>