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F5A" w:rsidRDefault="00E13B58">
      <w:pPr>
        <w:autoSpaceDE w:val="0"/>
        <w:autoSpaceDN w:val="0"/>
        <w:spacing w:after="78" w:line="220" w:lineRule="exact"/>
      </w:pPr>
      <w:r>
        <w:rPr>
          <w:noProof/>
          <w:lang w:val="ru-RU" w:eastAsia="ru-RU"/>
        </w:rPr>
        <w:drawing>
          <wp:inline distT="0" distB="0" distL="0" distR="0">
            <wp:extent cx="6530340" cy="8982817"/>
            <wp:effectExtent l="0" t="0" r="3810" b="8890"/>
            <wp:docPr id="1" name="Рисунок 1" descr="C:\Users\2\Documents\Scanned Documents\Рисунок (1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ocuments\Scanned Documents\Рисунок (15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98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F5A" w:rsidRDefault="00E13B58">
      <w:pPr>
        <w:autoSpaceDE w:val="0"/>
        <w:autoSpaceDN w:val="0"/>
        <w:spacing w:before="670" w:after="1376" w:line="230" w:lineRule="auto"/>
        <w:ind w:right="3448"/>
        <w:jc w:val="right"/>
      </w:pPr>
      <w:r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drawing>
          <wp:inline distT="0" distB="0" distL="0" distR="0">
            <wp:extent cx="6530340" cy="8982817"/>
            <wp:effectExtent l="0" t="0" r="3810" b="8890"/>
            <wp:docPr id="2" name="Рисунок 2" descr="C:\Users\2\Documents\Scanned Documents\Рисунок (1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ocuments\Scanned Documents\Рисунок (15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898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F5A" w:rsidRPr="00E13B58" w:rsidRDefault="00770F5A">
      <w:pPr>
        <w:rPr>
          <w:lang w:val="ru-RU"/>
        </w:rPr>
        <w:sectPr w:rsidR="00770F5A" w:rsidRPr="00E13B58">
          <w:pgSz w:w="11900" w:h="16840"/>
          <w:pgMar w:top="298" w:right="878" w:bottom="1332" w:left="738" w:header="720" w:footer="720" w:gutter="0"/>
          <w:cols w:space="720" w:equalWidth="0">
            <w:col w:w="10284" w:space="0"/>
          </w:cols>
          <w:docGrid w:linePitch="360"/>
        </w:sectPr>
      </w:pPr>
      <w:bookmarkStart w:id="0" w:name="_GoBack"/>
      <w:bookmarkEnd w:id="0"/>
    </w:p>
    <w:p w:rsidR="00770F5A" w:rsidRPr="00E13B58" w:rsidRDefault="00E13B58">
      <w:pPr>
        <w:autoSpaceDE w:val="0"/>
        <w:autoSpaceDN w:val="0"/>
        <w:spacing w:after="0" w:line="230" w:lineRule="auto"/>
        <w:rPr>
          <w:lang w:val="ru-RU"/>
        </w:rPr>
      </w:pPr>
      <w:r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>П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ОЯСНИТЕЛЬНАЯ ЗАПИСКА</w:t>
      </w:r>
    </w:p>
    <w:p w:rsidR="00770F5A" w:rsidRPr="00E13B58" w:rsidRDefault="00E13B58">
      <w:pPr>
        <w:autoSpaceDE w:val="0"/>
        <w:autoSpaceDN w:val="0"/>
        <w:spacing w:before="346" w:after="0" w:line="286" w:lineRule="auto"/>
        <w:ind w:firstLine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обществознанию для 8 класса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ательном стандарте основного общего образования, в соответствии с Концепцией преподавания учебного предмета «Обществознание» (2018 г.), а также с учётом Примерной программы воспитания (2020 г.). Обществознание играет ведущую роль в выполнении школой функци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нститутами государства и гражданского общества, регулирующие эти взаимодействия социальные нормы.</w:t>
      </w:r>
    </w:p>
    <w:p w:rsidR="00770F5A" w:rsidRPr="00E13B58" w:rsidRDefault="00E13B58">
      <w:pPr>
        <w:autoSpaceDE w:val="0"/>
        <w:autoSpaceDN w:val="0"/>
        <w:spacing w:before="70" w:after="0"/>
        <w:ind w:right="288" w:firstLine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Изучение курса «Обществознание», включающего знания о российском обществе и направлениях его развития в современных условиях, об основах конституционного стро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я нашей страны, правах и обязанностях человека и гражданина, способствует воспитанию российской гражданской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идентичности, готовности к служению Отечеству, приверженности </w:t>
      </w:r>
      <w:proofErr w:type="spellStart"/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нацио</w:t>
      </w:r>
      <w:proofErr w:type="spell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нальным</w:t>
      </w:r>
      <w:proofErr w:type="spellEnd"/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ценностям.</w:t>
      </w:r>
    </w:p>
    <w:p w:rsidR="00770F5A" w:rsidRPr="00E13B58" w:rsidRDefault="00E13B58">
      <w:pPr>
        <w:autoSpaceDE w:val="0"/>
        <w:autoSpaceDN w:val="0"/>
        <w:spacing w:before="70" w:after="0"/>
        <w:ind w:right="144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Привлечение при изучении курса различных источников социальной информации, включая СМИ и Интернет, помогает школьникам освоить язык современной культурной, социально-экономической и политической коммуникации, вносит свой вклад в формирование </w:t>
      </w:r>
      <w:proofErr w:type="spell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умений извлекать необходимые сведения, осмысливать, преобразовывать и применять их.</w:t>
      </w:r>
    </w:p>
    <w:p w:rsidR="00770F5A" w:rsidRPr="00E13B58" w:rsidRDefault="00E13B58">
      <w:pPr>
        <w:autoSpaceDE w:val="0"/>
        <w:autoSpaceDN w:val="0"/>
        <w:spacing w:before="70" w:after="0"/>
        <w:ind w:firstLine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Изучение учебного курса «Обществознание» содействует вхождению обучающихся в мир культуры и общественных ценностей и в то же время открытию и утверждению собственного «Я»,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формированию способности к рефлексии, оценке своих возможностей и осознанию своего места в обществе.</w:t>
      </w:r>
    </w:p>
    <w:p w:rsidR="00770F5A" w:rsidRPr="00E13B58" w:rsidRDefault="00E13B58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«ОБЩЕСТВОЗНАНИЕ»</w:t>
      </w:r>
    </w:p>
    <w:p w:rsidR="00770F5A" w:rsidRPr="00E13B58" w:rsidRDefault="00E13B58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Целями обществоведческого образования в основной школе являются:</w:t>
      </w:r>
    </w:p>
    <w:p w:rsidR="00770F5A" w:rsidRPr="00E13B58" w:rsidRDefault="00E13B58">
      <w:pPr>
        <w:autoSpaceDE w:val="0"/>
        <w:autoSpaceDN w:val="0"/>
        <w:spacing w:before="178" w:after="0" w:line="262" w:lineRule="auto"/>
        <w:ind w:left="420" w:right="288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—  воспитание общероссийской идентичности, патриотизма, гражданственности, социальной ответственности, правового ​самосознания, приверженности базовым ценностям нашего народа;</w:t>
      </w:r>
    </w:p>
    <w:p w:rsidR="00770F5A" w:rsidRPr="00E13B58" w:rsidRDefault="00E13B58">
      <w:pPr>
        <w:autoSpaceDE w:val="0"/>
        <w:autoSpaceDN w:val="0"/>
        <w:spacing w:before="190" w:after="0" w:line="286" w:lineRule="auto"/>
        <w:ind w:left="420" w:right="144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—  развитие у обучающихся понимания приоритетности общенациональных интересов, п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риверженности правовым принципам, закреплённым в Конституции Российской Федерации и законодательстве Российской </w:t>
      </w:r>
      <w:proofErr w:type="spell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Федерации</w:t>
      </w:r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;р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азвитие</w:t>
      </w:r>
      <w:proofErr w:type="spell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личности на исключительно важном этапе её социализации — в подростковом возрасте, становление её духовно-нравственной, полити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водительной, наукоёмкой трудовой деятельности;</w:t>
      </w:r>
    </w:p>
    <w:p w:rsidR="00770F5A" w:rsidRPr="00E13B58" w:rsidRDefault="00E13B58">
      <w:pPr>
        <w:autoSpaceDE w:val="0"/>
        <w:autoSpaceDN w:val="0"/>
        <w:spacing w:before="190" w:after="0" w:line="286" w:lineRule="auto"/>
        <w:ind w:left="420"/>
        <w:rPr>
          <w:lang w:val="ru-RU"/>
        </w:rPr>
      </w:pPr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освоение учащимися знаний об основных сферах чел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овеческой деятельности, социальных институтах, нормах, регулирующих общественные отношения, необходимые для взаимодействия с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социальной средой и выполнения типичных социальных ролей человека и </w:t>
      </w:r>
      <w:proofErr w:type="spell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гражданина</w:t>
      </w:r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;о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владение</w:t>
      </w:r>
      <w:proofErr w:type="spell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lastRenderedPageBreak/>
        <w:t>умениями функционально грамотного человек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а: получать из разнообразных источников и критически ​осмысливать социальную информацию, систематизировать, анализировать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полученные данные;</w:t>
      </w:r>
    </w:p>
    <w:p w:rsidR="00770F5A" w:rsidRPr="00E13B58" w:rsidRDefault="00770F5A">
      <w:pPr>
        <w:rPr>
          <w:lang w:val="ru-RU"/>
        </w:rPr>
        <w:sectPr w:rsidR="00770F5A" w:rsidRPr="00E13B58">
          <w:pgSz w:w="11900" w:h="16840"/>
          <w:pgMar w:top="436" w:right="650" w:bottom="3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70F5A" w:rsidRPr="00E13B58" w:rsidRDefault="00770F5A">
      <w:pPr>
        <w:autoSpaceDE w:val="0"/>
        <w:autoSpaceDN w:val="0"/>
        <w:spacing w:after="84" w:line="220" w:lineRule="exact"/>
        <w:rPr>
          <w:lang w:val="ru-RU"/>
        </w:rPr>
      </w:pPr>
    </w:p>
    <w:p w:rsidR="00770F5A" w:rsidRPr="00E13B58" w:rsidRDefault="00E13B58">
      <w:pPr>
        <w:autoSpaceDE w:val="0"/>
        <w:autoSpaceDN w:val="0"/>
        <w:spacing w:after="0" w:line="262" w:lineRule="auto"/>
        <w:ind w:left="420" w:right="1008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—  освоение способов познавательной, коммуникативной, практической деятельности,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необходимых для участия в жизни гражданского общества и государства;</w:t>
      </w:r>
    </w:p>
    <w:p w:rsidR="00770F5A" w:rsidRPr="00E13B58" w:rsidRDefault="00E13B58">
      <w:pPr>
        <w:autoSpaceDE w:val="0"/>
        <w:autoSpaceDN w:val="0"/>
        <w:spacing w:before="190" w:after="0"/>
        <w:ind w:left="42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—  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изации личностного потенциала в современном динамично развивающемся российском обществе;</w:t>
      </w:r>
    </w:p>
    <w:p w:rsidR="00770F5A" w:rsidRPr="00E13B58" w:rsidRDefault="00E13B58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  <w:proofErr w:type="gramEnd"/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298" w:after="0" w:line="271" w:lineRule="auto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МЕСТО УЧЕБНОГО ПРЕДМЕТА «ОБЩ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ЕСТВОЗНАНИЕ» В УЧЕБНОМ ПЛАНЕ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В соответствии с учебным планом общее количество времени на </w:t>
      </w:r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учебный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года обучения составляет 34 часа. Недельная нагрузка составляет 1 час. </w:t>
      </w:r>
    </w:p>
    <w:p w:rsidR="00770F5A" w:rsidRPr="00E13B58" w:rsidRDefault="00770F5A">
      <w:pPr>
        <w:rPr>
          <w:lang w:val="ru-RU"/>
        </w:rPr>
        <w:sectPr w:rsidR="00770F5A" w:rsidRPr="00E13B58">
          <w:pgSz w:w="11900" w:h="16840"/>
          <w:pgMar w:top="304" w:right="740" w:bottom="1440" w:left="666" w:header="720" w:footer="720" w:gutter="0"/>
          <w:cols w:space="720" w:equalWidth="0">
            <w:col w:w="10494" w:space="0"/>
          </w:cols>
          <w:docGrid w:linePitch="360"/>
        </w:sectPr>
      </w:pPr>
    </w:p>
    <w:p w:rsidR="00770F5A" w:rsidRPr="00E13B58" w:rsidRDefault="00770F5A">
      <w:pPr>
        <w:autoSpaceDE w:val="0"/>
        <w:autoSpaceDN w:val="0"/>
        <w:spacing w:after="78" w:line="220" w:lineRule="exact"/>
        <w:rPr>
          <w:lang w:val="ru-RU"/>
        </w:rPr>
      </w:pPr>
    </w:p>
    <w:p w:rsidR="00770F5A" w:rsidRPr="00E13B58" w:rsidRDefault="00E13B58">
      <w:pPr>
        <w:autoSpaceDE w:val="0"/>
        <w:autoSpaceDN w:val="0"/>
        <w:spacing w:after="0" w:line="230" w:lineRule="auto"/>
        <w:rPr>
          <w:lang w:val="ru-RU"/>
        </w:rPr>
      </w:pP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346" w:after="0" w:line="271" w:lineRule="auto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Человек в эконо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мических отношениях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Экономическая жизнь общества. Потребности и ресурсы, ограниченность ресурсов. Экономический выбор.</w:t>
      </w:r>
    </w:p>
    <w:p w:rsidR="00770F5A" w:rsidRPr="00E13B58" w:rsidRDefault="00E13B58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Экономическая система и её функции. Собственность.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Производство — источник экономических благ. Факторы производства. Трудовая деятельн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ость. Производительность труда. Разделение труда.</w:t>
      </w:r>
    </w:p>
    <w:p w:rsidR="00770F5A" w:rsidRPr="00E13B58" w:rsidRDefault="00E13B58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Предпринимательство. Виды и формы предпринимательской деятельности.</w:t>
      </w:r>
    </w:p>
    <w:p w:rsidR="00770F5A" w:rsidRPr="00E13B58" w:rsidRDefault="00E13B58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Обмен. Деньги и их функции. Торговля и её формы.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2" w:after="0" w:line="262" w:lineRule="auto"/>
        <w:ind w:right="144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Рыночная экономика. Конкуренция. Спрос и предложение. Рыночное равновесие. Невидимая рук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а рынка. Многообразие рынков.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0" w:after="0" w:line="262" w:lineRule="auto"/>
        <w:ind w:right="1296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Предприятие в экономике. Издержки, выручка и прибыль. Как повысить эффективность производства.</w:t>
      </w:r>
    </w:p>
    <w:p w:rsidR="00770F5A" w:rsidRPr="00E13B58" w:rsidRDefault="00E13B58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Заработная плата и стимулирование труда. Занятость и безработица.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770F5A" w:rsidRPr="00E13B58" w:rsidRDefault="00E13B58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Основные типы финансовых инструментов: акции и облигации.</w:t>
      </w:r>
    </w:p>
    <w:p w:rsidR="00770F5A" w:rsidRPr="00E13B58" w:rsidRDefault="00E13B58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Банковские услуги, предоставляемые гражданам (депозит, кредит, п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770F5A" w:rsidRPr="00E13B58" w:rsidRDefault="00E13B58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Экономические функции домохозяйств. Потребление домашних хозяйств. Потребительские товары и товары длительн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ого пользования. Источники доходов и расходов семьи. Семейный бюджет. Личный финансовый план. Способы и формы сбережений.</w:t>
      </w:r>
    </w:p>
    <w:p w:rsidR="00770F5A" w:rsidRPr="00E13B58" w:rsidRDefault="00E13B58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Экономические цели и функции государства. Налоги. Доходы и расходы государства.</w:t>
      </w:r>
    </w:p>
    <w:p w:rsidR="00770F5A" w:rsidRPr="00E13B58" w:rsidRDefault="00E13B58">
      <w:pPr>
        <w:autoSpaceDE w:val="0"/>
        <w:autoSpaceDN w:val="0"/>
        <w:spacing w:before="70" w:after="0" w:line="262" w:lineRule="auto"/>
        <w:ind w:right="288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Государственный бюджет. Государственная бюджетная и де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нежно-кредитная политика Российской Федерации. Государственная политика по развитию конкуренции.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190" w:after="0" w:line="271" w:lineRule="auto"/>
        <w:ind w:right="576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Человек в мире культуры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770F5A" w:rsidRPr="00E13B58" w:rsidRDefault="00E13B58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Наука. Естес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твенные и социально-гуманитарные науки. Роль науки в развитии общества.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2" w:after="0" w:line="262" w:lineRule="auto"/>
        <w:ind w:right="720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:rsidR="00770F5A" w:rsidRPr="00E13B58" w:rsidRDefault="00E13B58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Политика в сфере культуры и образования в Ро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ссийской Федерации.</w:t>
      </w:r>
    </w:p>
    <w:p w:rsidR="00770F5A" w:rsidRPr="00E13B58" w:rsidRDefault="00E13B58">
      <w:pPr>
        <w:autoSpaceDE w:val="0"/>
        <w:autoSpaceDN w:val="0"/>
        <w:spacing w:before="70" w:after="0" w:line="271" w:lineRule="auto"/>
        <w:ind w:right="1008" w:firstLine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770F5A" w:rsidRPr="00E13B58" w:rsidRDefault="00E13B58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Что такое искусство. Виды искусств. Роль иск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усства в жизни человека и общества.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0" w:after="0" w:line="262" w:lineRule="auto"/>
        <w:ind w:right="144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770F5A" w:rsidRPr="00E13B58" w:rsidRDefault="00770F5A">
      <w:pPr>
        <w:rPr>
          <w:lang w:val="ru-RU"/>
        </w:rPr>
        <w:sectPr w:rsidR="00770F5A" w:rsidRPr="00E13B58">
          <w:pgSz w:w="11900" w:h="16840"/>
          <w:pgMar w:top="298" w:right="650" w:bottom="140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70F5A" w:rsidRPr="00E13B58" w:rsidRDefault="00770F5A">
      <w:pPr>
        <w:autoSpaceDE w:val="0"/>
        <w:autoSpaceDN w:val="0"/>
        <w:spacing w:after="78" w:line="220" w:lineRule="exact"/>
        <w:rPr>
          <w:lang w:val="ru-RU"/>
        </w:rPr>
      </w:pPr>
    </w:p>
    <w:p w:rsidR="00770F5A" w:rsidRPr="00E13B58" w:rsidRDefault="00E13B58">
      <w:pPr>
        <w:autoSpaceDE w:val="0"/>
        <w:autoSpaceDN w:val="0"/>
        <w:spacing w:after="0" w:line="230" w:lineRule="auto"/>
        <w:rPr>
          <w:lang w:val="ru-RU"/>
        </w:rPr>
      </w:pP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ПЛАНИРУЕМЫЕ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ОБРАЗОВАТЕЛЬНЫЕ РЕЗУЛЬТАТЫ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346" w:after="0" w:line="262" w:lineRule="auto"/>
        <w:ind w:right="576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:rsidR="00770F5A" w:rsidRPr="00E13B58" w:rsidRDefault="00E13B58">
      <w:pPr>
        <w:autoSpaceDE w:val="0"/>
        <w:autoSpaceDN w:val="0"/>
        <w:spacing w:before="70" w:after="0" w:line="286" w:lineRule="auto"/>
        <w:ind w:right="144" w:firstLine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Планируемые предметные результаты и содержание учебного предмета распределены по годам обучения с учётом вхо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Примерной программы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является одним из возможных.</w:t>
      </w:r>
    </w:p>
    <w:p w:rsidR="00770F5A" w:rsidRPr="00E13B58" w:rsidRDefault="00E13B58">
      <w:pPr>
        <w:autoSpaceDE w:val="0"/>
        <w:autoSpaceDN w:val="0"/>
        <w:spacing w:before="70" w:after="0" w:line="271" w:lineRule="auto"/>
        <w:ind w:right="288" w:firstLine="18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770F5A" w:rsidRPr="00E13B58" w:rsidRDefault="00E13B58">
      <w:pPr>
        <w:autoSpaceDE w:val="0"/>
        <w:autoSpaceDN w:val="0"/>
        <w:spacing w:before="262" w:after="0" w:line="230" w:lineRule="auto"/>
        <w:rPr>
          <w:lang w:val="ru-RU"/>
        </w:rPr>
      </w:pP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166" w:after="0" w:line="288" w:lineRule="auto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Личностные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ешений.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</w:t>
      </w:r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по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основным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направлениям воспитательн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ой деятельности, в том числе в части: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Гражданского воспитания: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</w:t>
      </w:r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представление об основных правах, свободах и обязанностях гражданина, социальных нормах и правилах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амоуправлении; готовность к участию в гуманитарной деятельности (</w:t>
      </w:r>
      <w:proofErr w:type="spell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волонтёрство</w:t>
      </w:r>
      <w:proofErr w:type="spell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, помощь людям, нуждающимся в ней).</w:t>
      </w:r>
      <w:proofErr w:type="gramEnd"/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0" w:after="0" w:line="283" w:lineRule="auto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Патриотического воспитания: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осознание российской гражданской идентичности в поликультурном и многоконфессиональном обществе; проявление инте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реса к познанию родного языка, истории, культуры Российской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Федерации, своего края, народов России; ценностное отношение к достижениям своей Родины </w:t>
      </w:r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—Р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оссии, к науке, искусству, спорту, технологиям, боевым подвигам и трудовым достижениям народа; уважение к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Духовно-нравственного воспитания: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асоциальных поступков; свобода и ответственность личности в условиях индивидуального и общественного пространства.</w:t>
      </w:r>
    </w:p>
    <w:p w:rsidR="00770F5A" w:rsidRPr="00E13B58" w:rsidRDefault="00770F5A">
      <w:pPr>
        <w:rPr>
          <w:lang w:val="ru-RU"/>
        </w:rPr>
        <w:sectPr w:rsidR="00770F5A" w:rsidRPr="00E13B58">
          <w:pgSz w:w="11900" w:h="16840"/>
          <w:pgMar w:top="298" w:right="650" w:bottom="31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70F5A" w:rsidRPr="00E13B58" w:rsidRDefault="00770F5A">
      <w:pPr>
        <w:autoSpaceDE w:val="0"/>
        <w:autoSpaceDN w:val="0"/>
        <w:spacing w:after="72" w:line="220" w:lineRule="exact"/>
        <w:rPr>
          <w:lang w:val="ru-RU"/>
        </w:rPr>
      </w:pPr>
    </w:p>
    <w:p w:rsidR="00770F5A" w:rsidRPr="00E13B58" w:rsidRDefault="00E13B58">
      <w:pPr>
        <w:tabs>
          <w:tab w:val="left" w:pos="180"/>
        </w:tabs>
        <w:autoSpaceDE w:val="0"/>
        <w:autoSpaceDN w:val="0"/>
        <w:spacing w:after="0" w:line="286" w:lineRule="auto"/>
        <w:ind w:right="144"/>
        <w:rPr>
          <w:lang w:val="ru-RU"/>
        </w:rPr>
      </w:pPr>
      <w:r w:rsidRPr="00E13B58">
        <w:rPr>
          <w:lang w:val="ru-RU"/>
        </w:rPr>
        <w:tab/>
      </w:r>
      <w:proofErr w:type="gramStart"/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Физического воспитания, формирования культуры здоровья и эмоционального благополучия: </w:t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осо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соблюдение правил безопасности, в том числе навыки безопасного поведения в интернет-среде;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адаптироваться к стрессовым ситуациям и меняющимся социальным,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информационным и природным условиям, в том числе осмысляя собственный опыт и выстраива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я дальнейшие цели;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умение принимать себя и других, не осуждая;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proofErr w:type="spell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сформированность</w:t>
      </w:r>
      <w:proofErr w:type="spell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навыков рефлексии, признание своего права на ошибку и такого же права другого человека.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2" w:after="0" w:line="286" w:lineRule="auto"/>
        <w:ind w:right="288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Трудового воспитания: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установка на активное участие в решении практических задач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(в рамках семьи, образовательной организации, города, края) технологической и социальной направленности, способность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инициировать, планировать и самостоятельно выполнять такого рода деятельность; интерес к практическому изучению профессий и труда различно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Экологического воспитания: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ориентация на применение знаний из социальных и естественных наук для реше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риятие действий, приносящих вред окружающей среде; осознание своей роли как гражданина и потребителя в условиях </w:t>
      </w:r>
      <w:proofErr w:type="spellStart"/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взаимо</w:t>
      </w:r>
      <w:proofErr w:type="spell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​связи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0" w:after="0" w:line="283" w:lineRule="auto"/>
        <w:ind w:right="144"/>
        <w:rPr>
          <w:lang w:val="ru-RU"/>
        </w:rPr>
      </w:pPr>
      <w:r w:rsidRPr="00E13B58">
        <w:rPr>
          <w:lang w:val="ru-RU"/>
        </w:rPr>
        <w:tab/>
      </w:r>
      <w:proofErr w:type="gramStart"/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Ценно</w:t>
      </w:r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сти научного познания: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proofErr w:type="gramEnd"/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E13B58">
        <w:rPr>
          <w:lang w:val="ru-RU"/>
        </w:rPr>
        <w:tab/>
      </w:r>
      <w:proofErr w:type="gramStart"/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Личностные р</w:t>
      </w:r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езультаты, обеспечивающие адаптацию обучающегося к изменяющимся условиям социальной и природной среды: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я, форм социальной жизни в группах и сообществах, включая семью, группы, сформированные по профессиональной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деятельности, а также в рамках социального взаимодействия с людьми из другой культурной среды;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способность обучающихся во взаимодействии в условия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х неопределённости, открытость опыту и знаниям других;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</w:t>
      </w:r>
    </w:p>
    <w:p w:rsidR="00770F5A" w:rsidRPr="00E13B58" w:rsidRDefault="00770F5A">
      <w:pPr>
        <w:rPr>
          <w:lang w:val="ru-RU"/>
        </w:rPr>
        <w:sectPr w:rsidR="00770F5A" w:rsidRPr="00E13B58">
          <w:pgSz w:w="11900" w:h="16840"/>
          <w:pgMar w:top="292" w:right="732" w:bottom="432" w:left="666" w:header="720" w:footer="720" w:gutter="0"/>
          <w:cols w:space="720" w:equalWidth="0">
            <w:col w:w="10502" w:space="0"/>
          </w:cols>
          <w:docGrid w:linePitch="360"/>
        </w:sectPr>
      </w:pPr>
    </w:p>
    <w:p w:rsidR="00770F5A" w:rsidRPr="00E13B58" w:rsidRDefault="00770F5A">
      <w:pPr>
        <w:autoSpaceDE w:val="0"/>
        <w:autoSpaceDN w:val="0"/>
        <w:spacing w:after="66" w:line="220" w:lineRule="exact"/>
        <w:rPr>
          <w:lang w:val="ru-RU"/>
        </w:rPr>
      </w:pPr>
    </w:p>
    <w:p w:rsidR="00770F5A" w:rsidRPr="00E13B58" w:rsidRDefault="00E13B58">
      <w:pPr>
        <w:tabs>
          <w:tab w:val="left" w:pos="180"/>
        </w:tabs>
        <w:autoSpaceDE w:val="0"/>
        <w:autoSpaceDN w:val="0"/>
        <w:spacing w:after="0" w:line="290" w:lineRule="auto"/>
        <w:rPr>
          <w:lang w:val="ru-RU"/>
        </w:rPr>
      </w:pPr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навык выявления и связывания образов, способность формирования н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умение распознавать конкретные примеры п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понятиями), а также опериров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ать терминами и представлениями в области концепции устойчивого развития;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умение анализировать и выявлять взаимосвязи природы, общества и экономики;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умение оценивать свои действия с учётом влияния на окружающую среду, достижений целей и преодоления выз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овов, возможных глобальных последствий;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принимаемые решения и действия; формулировать и оценивать риски и последствия, формировать опыт, уметь находить позитивное в произошедшей ситуации;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быть готовым действовать в отсутствие гарантий успеха.</w:t>
      </w:r>
    </w:p>
    <w:p w:rsidR="00770F5A" w:rsidRPr="00E13B58" w:rsidRDefault="00E13B58">
      <w:pPr>
        <w:autoSpaceDE w:val="0"/>
        <w:autoSpaceDN w:val="0"/>
        <w:spacing w:before="262" w:after="0" w:line="230" w:lineRule="auto"/>
        <w:rPr>
          <w:lang w:val="ru-RU"/>
        </w:rPr>
      </w:pP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166" w:after="0" w:line="288" w:lineRule="auto"/>
        <w:ind w:right="144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Метапредметные результаты освоения основной образовательной программы, формируемые при изучении обществознания: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1. </w:t>
      </w:r>
      <w:proofErr w:type="gramStart"/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познавательными действиями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логические действия: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и характеризовать существенные признаки социальных явлений и процессов;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устанавливать существенный признак классификации социальных фактов, основания для их обобщения и сравнения, критерии проводимого анализа;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 учётом предложенной задачи выяв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лять закономерности и противоречия в рассматриваемых фактах, данных и наблюдениях;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предлагать критерии для выявления закономерностей и противоречий;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дефицит информации, данных, необходимых для решения поставленной задачи; </w:t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выявлять причинно-сл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едственные связи при изучении явлений и процессов;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способ решения учебной задачи (сравнива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ть несколько вариантов решения, выбирать </w:t>
      </w:r>
      <w:proofErr w:type="spellStart"/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наи</w:t>
      </w:r>
      <w:proofErr w:type="spell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​более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подходящий с учётом самостоятельно выделенных критериев).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0" w:after="0" w:line="283" w:lineRule="auto"/>
        <w:ind w:right="576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Базовые исследовательские действия: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использовать вопросы как исследовательский инструмент познания;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вопросы, фиксирующие разрыв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между реальным и желательным состоянием ситуации, объекта, самостоятельно устанавливать искомое и данное;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формулировать гипотезу об истинности собственных суждений и суждений других,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аргументировать свою позицию, мнение;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проводить по самостоятельно со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ставленному плану небольшое исследование по установлению</w:t>
      </w:r>
    </w:p>
    <w:p w:rsidR="00770F5A" w:rsidRPr="00E13B58" w:rsidRDefault="00770F5A">
      <w:pPr>
        <w:rPr>
          <w:lang w:val="ru-RU"/>
        </w:rPr>
        <w:sectPr w:rsidR="00770F5A" w:rsidRPr="00E13B58">
          <w:pgSz w:w="11900" w:h="16840"/>
          <w:pgMar w:top="286" w:right="654" w:bottom="296" w:left="666" w:header="720" w:footer="720" w:gutter="0"/>
          <w:cols w:space="720" w:equalWidth="0">
            <w:col w:w="10580" w:space="0"/>
          </w:cols>
          <w:docGrid w:linePitch="360"/>
        </w:sectPr>
      </w:pPr>
    </w:p>
    <w:p w:rsidR="00770F5A" w:rsidRPr="00E13B58" w:rsidRDefault="00770F5A">
      <w:pPr>
        <w:autoSpaceDE w:val="0"/>
        <w:autoSpaceDN w:val="0"/>
        <w:spacing w:after="90" w:line="220" w:lineRule="exact"/>
        <w:rPr>
          <w:lang w:val="ru-RU"/>
        </w:rPr>
      </w:pPr>
    </w:p>
    <w:p w:rsidR="00770F5A" w:rsidRPr="00E13B58" w:rsidRDefault="00E13B58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особенностей объекта изучения, причинно-следственных связей и зависимостей объектов между собой;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оценивать на применимость и достоверность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информацию, полученную в ходе исследования; </w:t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 </w:t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прогнозировать возможное дальней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0" w:after="0" w:line="286" w:lineRule="auto"/>
        <w:rPr>
          <w:lang w:val="ru-RU"/>
        </w:rPr>
      </w:pPr>
      <w:r w:rsidRPr="00E13B58">
        <w:rPr>
          <w:lang w:val="ru-RU"/>
        </w:rPr>
        <w:tab/>
      </w:r>
      <w:proofErr w:type="gramStart"/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Работа с информацией: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применять различные методы, инструменты и запросы при поиске и отборе инфор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мации или данных из источников с учётом предложенной учебной задачи и заданных критериев;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выбирать, анализировать, систематизировать и интерпретировать информацию различных видов и форм  представления;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находить сходные аргументы (подтверждающие или опр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овергающие одну и ту же идею, версию) в различных информационных источниках;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самостоятельно выбирать оптимальную форму представления информации;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оценивать надёжность информации по критериям, предложенным педагогическим работником или сформулированным с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амостоятельно;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эффективно запоминать и систематизировать информацию.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2. Овладение универсальными учебными коммуникативными действиями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Общение: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воспринимать и формулировать суждения, выражать эмоции в соответствии с целями и условиями общения;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выра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жать себя (свою точку зрения) в устных и письменных текстах;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 </w:t>
      </w:r>
      <w:r w:rsidRPr="00E13B58">
        <w:rPr>
          <w:lang w:val="ru-RU"/>
        </w:rPr>
        <w:tab/>
      </w:r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понимать намерени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я других, проявлять уважительное отношение к собеседнику и в корректной форме формулировать свои возражения;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гожелательности общения;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публично представлять результаты выполненного исследования, проекта;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выбирать формат выступления с уч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E13B58">
        <w:rPr>
          <w:lang w:val="ru-RU"/>
        </w:rPr>
        <w:tab/>
      </w:r>
      <w:proofErr w:type="gramStart"/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Совместная деятельность: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принимать цель совместной деятельности, коллектив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планировать организацию с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</w:t>
      </w:r>
    </w:p>
    <w:p w:rsidR="00770F5A" w:rsidRPr="00E13B58" w:rsidRDefault="00770F5A">
      <w:pPr>
        <w:rPr>
          <w:lang w:val="ru-RU"/>
        </w:rPr>
        <w:sectPr w:rsidR="00770F5A" w:rsidRPr="00E13B58">
          <w:pgSz w:w="11900" w:h="16840"/>
          <w:pgMar w:top="310" w:right="822" w:bottom="416" w:left="666" w:header="720" w:footer="720" w:gutter="0"/>
          <w:cols w:space="720" w:equalWidth="0">
            <w:col w:w="10412" w:space="0"/>
          </w:cols>
          <w:docGrid w:linePitch="360"/>
        </w:sectPr>
      </w:pPr>
    </w:p>
    <w:p w:rsidR="00770F5A" w:rsidRPr="00E13B58" w:rsidRDefault="00770F5A">
      <w:pPr>
        <w:autoSpaceDE w:val="0"/>
        <w:autoSpaceDN w:val="0"/>
        <w:spacing w:after="66" w:line="220" w:lineRule="exact"/>
        <w:rPr>
          <w:lang w:val="ru-RU"/>
        </w:rPr>
      </w:pPr>
    </w:p>
    <w:p w:rsidR="00770F5A" w:rsidRPr="00E13B58" w:rsidRDefault="00E13B58">
      <w:pPr>
        <w:tabs>
          <w:tab w:val="left" w:pos="180"/>
        </w:tabs>
        <w:autoSpaceDE w:val="0"/>
        <w:autoSpaceDN w:val="0"/>
        <w:spacing w:after="0" w:line="283" w:lineRule="auto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участвовать в групповых формах работы (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обсуждения, обмен мнений, «мозговые штурмы» и иные); </w:t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выполнять свою часть работы, достигать качественного результата по своему направлению и координировать свои действия с другими членами команды;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оценивать качество своего вклада в общий продукт по крит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ериям, самостоятельно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й.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3. </w:t>
      </w:r>
      <w:proofErr w:type="gramStart"/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Овладение универсальными учебными регулятивными действиями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Самоорганизация: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выявлять проблемы для решения в жизненных и учебных ситуациях;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ориентироваться в различных подходах принятия решений (индивидуальное, принятие решения в группе, принят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ие решений в группе);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составлять план дейст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вий (план реализации намеченного алгоритма решения), корректировать предложенный алгоритм с учётом получения новых знаний об изучаемом объекте;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делать выбор и брать ответственность за решение.</w:t>
      </w:r>
    </w:p>
    <w:p w:rsidR="00770F5A" w:rsidRPr="00E13B58" w:rsidRDefault="00E13B58">
      <w:pPr>
        <w:tabs>
          <w:tab w:val="left" w:pos="180"/>
        </w:tabs>
        <w:autoSpaceDE w:val="0"/>
        <w:autoSpaceDN w:val="0"/>
        <w:spacing w:before="70" w:after="0" w:line="286" w:lineRule="auto"/>
        <w:ind w:right="576"/>
        <w:rPr>
          <w:lang w:val="ru-RU"/>
        </w:rPr>
      </w:pP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Самоконтроль: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владеть способами самоконтроля, </w:t>
      </w:r>
      <w:proofErr w:type="spell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самомотивации</w:t>
      </w:r>
      <w:proofErr w:type="spell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и рефлексии;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давать адекватную оценку ситуации и предлагать план её изменения;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ся обстоятельствам;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объяснять причины достижения (</w:t>
      </w:r>
      <w:proofErr w:type="spell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) результатов деятельности, давать оценку приобретённому опыту, уметь находить позитивное в произошедшей ситуации;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вносить коррективы в деятельность на основе новых обстоятельств, изменивших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ся ситуаций, установленных ошибок, возникших трудностей; </w:t>
      </w:r>
      <w:r w:rsidRPr="00E13B58">
        <w:rPr>
          <w:lang w:val="ru-RU"/>
        </w:rPr>
        <w:br/>
      </w:r>
      <w:r w:rsidRPr="00E13B58">
        <w:rPr>
          <w:lang w:val="ru-RU"/>
        </w:rPr>
        <w:tab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оценивать соответствие результата цели и условиям.</w:t>
      </w:r>
    </w:p>
    <w:p w:rsidR="00770F5A" w:rsidRPr="00E13B58" w:rsidRDefault="00E13B58">
      <w:pPr>
        <w:autoSpaceDE w:val="0"/>
        <w:autoSpaceDN w:val="0"/>
        <w:spacing w:before="70" w:after="0" w:line="281" w:lineRule="auto"/>
        <w:ind w:left="180" w:right="2016"/>
        <w:rPr>
          <w:lang w:val="ru-RU"/>
        </w:rPr>
      </w:pPr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Эмоциональный интеллект: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различать, называть и управлять собственными эмоциями и эмоциями других; выявлять и анализировать причины эмоций;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стави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ть себя на место другого человека, понимать мотивы и намерения другого; регулировать способ выражения эмоций.</w:t>
      </w:r>
    </w:p>
    <w:p w:rsidR="00770F5A" w:rsidRPr="00E13B58" w:rsidRDefault="00E13B58">
      <w:pPr>
        <w:autoSpaceDE w:val="0"/>
        <w:autoSpaceDN w:val="0"/>
        <w:spacing w:before="72" w:after="0" w:line="281" w:lineRule="auto"/>
        <w:ind w:left="180" w:right="4032"/>
        <w:rPr>
          <w:lang w:val="ru-RU"/>
        </w:rPr>
      </w:pPr>
      <w:r w:rsidRPr="00E13B58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Принятие себя и других: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осознанно относиться к другому человеку, его мнению; признавать своё право на ошибку и такое же право другого; принимать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себя и других, не осуждая;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открытость себе и другим;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осознавать невозможность контролировать всё вокруг.</w:t>
      </w:r>
    </w:p>
    <w:p w:rsidR="00770F5A" w:rsidRPr="00E13B58" w:rsidRDefault="00E13B58">
      <w:pPr>
        <w:autoSpaceDE w:val="0"/>
        <w:autoSpaceDN w:val="0"/>
        <w:spacing w:before="262" w:after="0" w:line="230" w:lineRule="auto"/>
        <w:rPr>
          <w:lang w:val="ru-RU"/>
        </w:rPr>
      </w:pP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770F5A" w:rsidRPr="00E13B58" w:rsidRDefault="00E13B58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Человек в экономических отношениях</w:t>
      </w:r>
    </w:p>
    <w:p w:rsidR="00770F5A" w:rsidRPr="00E13B58" w:rsidRDefault="00E13B58">
      <w:pPr>
        <w:autoSpaceDE w:val="0"/>
        <w:autoSpaceDN w:val="0"/>
        <w:spacing w:before="178" w:after="0"/>
        <w:ind w:left="420" w:right="432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осваивать и применять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знания об экономической жизни общества, её основных проявлениях, эк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ономических системах, собственности, механизме рыночного регулирования экономики, финансовых отношениях, роли государства в экономике, видах налогов, основах государственной бюджетной и денежно-кредитной политики, о влиянии государственной</w:t>
      </w:r>
    </w:p>
    <w:p w:rsidR="00770F5A" w:rsidRPr="00E13B58" w:rsidRDefault="00770F5A">
      <w:pPr>
        <w:rPr>
          <w:lang w:val="ru-RU"/>
        </w:rPr>
        <w:sectPr w:rsidR="00770F5A" w:rsidRPr="00E13B58">
          <w:pgSz w:w="11900" w:h="16840"/>
          <w:pgMar w:top="286" w:right="742" w:bottom="408" w:left="666" w:header="720" w:footer="720" w:gutter="0"/>
          <w:cols w:space="720" w:equalWidth="0">
            <w:col w:w="10492" w:space="0"/>
          </w:cols>
          <w:docGrid w:linePitch="360"/>
        </w:sectPr>
      </w:pPr>
    </w:p>
    <w:p w:rsidR="00770F5A" w:rsidRPr="00E13B58" w:rsidRDefault="00770F5A">
      <w:pPr>
        <w:autoSpaceDE w:val="0"/>
        <w:autoSpaceDN w:val="0"/>
        <w:spacing w:after="66" w:line="220" w:lineRule="exact"/>
        <w:rPr>
          <w:lang w:val="ru-RU"/>
        </w:rPr>
      </w:pPr>
    </w:p>
    <w:p w:rsidR="00770F5A" w:rsidRPr="00E13B58" w:rsidRDefault="00E13B58">
      <w:pPr>
        <w:autoSpaceDE w:val="0"/>
        <w:autoSpaceDN w:val="0"/>
        <w:spacing w:after="0" w:line="230" w:lineRule="auto"/>
        <w:rPr>
          <w:lang w:val="ru-RU"/>
        </w:rPr>
      </w:pPr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политики на развитие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конкуренции;</w:t>
      </w:r>
    </w:p>
    <w:p w:rsidR="00770F5A" w:rsidRPr="00E13B58" w:rsidRDefault="00E13B58">
      <w:pPr>
        <w:autoSpaceDE w:val="0"/>
        <w:autoSpaceDN w:val="0"/>
        <w:spacing w:before="190" w:after="0" w:line="262" w:lineRule="auto"/>
        <w:ind w:right="144"/>
        <w:jc w:val="center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характеризовать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способы координации хозяйственной жизни в различных экономических системах; объекты спроса и предложения на рынке труда и финансовом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рынке; функции денег;</w:t>
      </w:r>
    </w:p>
    <w:p w:rsidR="00770F5A" w:rsidRPr="00E13B58" w:rsidRDefault="00E13B58">
      <w:pPr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приводить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:rsidR="00770F5A" w:rsidRPr="00E13B58" w:rsidRDefault="00E13B58">
      <w:pPr>
        <w:autoSpaceDE w:val="0"/>
        <w:autoSpaceDN w:val="0"/>
        <w:spacing w:before="190" w:after="0" w:line="262" w:lineRule="auto"/>
        <w:ind w:right="576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классифицировать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770F5A" w:rsidRPr="00E13B58" w:rsidRDefault="00E13B58">
      <w:pPr>
        <w:autoSpaceDE w:val="0"/>
        <w:autoSpaceDN w:val="0"/>
        <w:spacing w:before="192" w:after="0" w:line="230" w:lineRule="auto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сравнивать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различные способы хозяйствования;</w:t>
      </w:r>
    </w:p>
    <w:p w:rsidR="00770F5A" w:rsidRPr="00E13B58" w:rsidRDefault="00E13B58">
      <w:pPr>
        <w:autoSpaceDE w:val="0"/>
        <w:autoSpaceDN w:val="0"/>
        <w:spacing w:before="192" w:after="0" w:line="262" w:lineRule="auto"/>
        <w:ind w:right="288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устанавливать и объяснять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связи политических потрясений и социально-экономических кризисов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в государстве;</w:t>
      </w:r>
    </w:p>
    <w:p w:rsidR="00770F5A" w:rsidRPr="00E13B58" w:rsidRDefault="00E13B58">
      <w:pPr>
        <w:autoSpaceDE w:val="0"/>
        <w:autoSpaceDN w:val="0"/>
        <w:spacing w:before="190" w:after="0" w:line="281" w:lineRule="auto"/>
        <w:ind w:right="72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использовать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полученные знания для объяснения причин достижения (</w:t>
      </w:r>
      <w:proofErr w:type="spell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недостижения</w:t>
      </w:r>
      <w:proofErr w:type="spell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) результатов экономической деятельности; для объяснения основных механизмов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государственного регулирования экономики, государственной политики по развитию кон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770F5A" w:rsidRPr="00E13B58" w:rsidRDefault="00E13B58">
      <w:pPr>
        <w:autoSpaceDE w:val="0"/>
        <w:autoSpaceDN w:val="0"/>
        <w:spacing w:before="190" w:after="0" w:line="271" w:lineRule="auto"/>
        <w:ind w:right="144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определять и аргументировать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с точки зрения социальных ценностей и с опорой на обществоведческие зна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ния, факты общественной жизни своё отношение к предпринимательству и развитию собственного бизнеса;</w:t>
      </w:r>
    </w:p>
    <w:p w:rsidR="00770F5A" w:rsidRPr="00E13B58" w:rsidRDefault="00E13B58">
      <w:pPr>
        <w:autoSpaceDE w:val="0"/>
        <w:autoSpaceDN w:val="0"/>
        <w:spacing w:before="190" w:after="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решать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познавательные и практические задачи, связанные с осуществлением экономических действий, на основе рационального выбора в условиях ограниченных ре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сурсов; с использованием 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</w:t>
      </w:r>
    </w:p>
    <w:p w:rsidR="00770F5A" w:rsidRPr="00E13B58" w:rsidRDefault="00E13B58">
      <w:pPr>
        <w:autoSpaceDE w:val="0"/>
        <w:autoSpaceDN w:val="0"/>
        <w:spacing w:before="190" w:after="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овладевать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смысловым чтением, преобразовывать текстовую э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</w:t>
      </w:r>
      <w:proofErr w:type="spellStart"/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безрабо</w:t>
      </w:r>
      <w:proofErr w:type="spell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тицы</w:t>
      </w:r>
      <w:proofErr w:type="spellEnd"/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:rsidR="00770F5A" w:rsidRPr="00E13B58" w:rsidRDefault="00E13B58">
      <w:pPr>
        <w:autoSpaceDE w:val="0"/>
        <w:autoSpaceDN w:val="0"/>
        <w:spacing w:before="190" w:after="0" w:line="274" w:lineRule="auto"/>
        <w:ind w:right="144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извлекать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информацию из адаптирован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ных источников, публикаций СМИ и Интернета о тенденциях развития экономики в нашей стране, о борьбе с различными формами финансового мошенничества;</w:t>
      </w:r>
    </w:p>
    <w:p w:rsidR="00770F5A" w:rsidRPr="00E13B58" w:rsidRDefault="00E13B58">
      <w:pPr>
        <w:autoSpaceDE w:val="0"/>
        <w:autoSpaceDN w:val="0"/>
        <w:spacing w:before="190" w:after="0" w:line="281" w:lineRule="auto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анализировать, обобщать, систематизировать, конкретизировать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и критически оценивать социальную информацию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аргументами;</w:t>
      </w:r>
    </w:p>
    <w:p w:rsidR="00770F5A" w:rsidRPr="00E13B58" w:rsidRDefault="00E13B58">
      <w:pPr>
        <w:autoSpaceDE w:val="0"/>
        <w:autoSpaceDN w:val="0"/>
        <w:spacing w:before="190" w:after="0" w:line="283" w:lineRule="auto"/>
        <w:rPr>
          <w:lang w:val="ru-RU"/>
        </w:rPr>
      </w:pPr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оценивать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практик);</w:t>
      </w:r>
      <w:proofErr w:type="gramEnd"/>
    </w:p>
    <w:p w:rsidR="00770F5A" w:rsidRPr="00E13B58" w:rsidRDefault="00770F5A">
      <w:pPr>
        <w:rPr>
          <w:lang w:val="ru-RU"/>
        </w:rPr>
        <w:sectPr w:rsidR="00770F5A" w:rsidRPr="00E13B58">
          <w:pgSz w:w="11900" w:h="16840"/>
          <w:pgMar w:top="286" w:right="720" w:bottom="392" w:left="1086" w:header="720" w:footer="720" w:gutter="0"/>
          <w:cols w:space="720" w:equalWidth="0">
            <w:col w:w="10094" w:space="0"/>
          </w:cols>
          <w:docGrid w:linePitch="360"/>
        </w:sectPr>
      </w:pPr>
    </w:p>
    <w:p w:rsidR="00770F5A" w:rsidRPr="00E13B58" w:rsidRDefault="00770F5A">
      <w:pPr>
        <w:autoSpaceDE w:val="0"/>
        <w:autoSpaceDN w:val="0"/>
        <w:spacing w:after="108" w:line="220" w:lineRule="exact"/>
        <w:rPr>
          <w:lang w:val="ru-RU"/>
        </w:rPr>
      </w:pPr>
    </w:p>
    <w:p w:rsidR="00770F5A" w:rsidRPr="00E13B58" w:rsidRDefault="00E13B58">
      <w:pPr>
        <w:autoSpaceDE w:val="0"/>
        <w:autoSpaceDN w:val="0"/>
        <w:spacing w:after="0" w:line="283" w:lineRule="auto"/>
        <w:ind w:left="240" w:right="144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приобретать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хозяйства, структуры семейного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сознанного выполнения гражданских обязанностей, выбора профессии и оценки собственных перспектив в профессиональной сфере;</w:t>
      </w:r>
    </w:p>
    <w:p w:rsidR="00770F5A" w:rsidRPr="00E13B58" w:rsidRDefault="00E13B58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приобретать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опыт составления простейших документов (личный финансовый план, заявление, резюме);</w:t>
      </w:r>
    </w:p>
    <w:p w:rsidR="00770F5A" w:rsidRPr="00E13B58" w:rsidRDefault="00E13B58">
      <w:pPr>
        <w:autoSpaceDE w:val="0"/>
        <w:autoSpaceDN w:val="0"/>
        <w:spacing w:before="192" w:after="0" w:line="271" w:lineRule="auto"/>
        <w:ind w:left="24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осуществлять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совместную деятель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770F5A" w:rsidRPr="00E13B58" w:rsidRDefault="00E13B58">
      <w:pPr>
        <w:autoSpaceDE w:val="0"/>
        <w:autoSpaceDN w:val="0"/>
        <w:spacing w:before="178" w:after="0" w:line="230" w:lineRule="auto"/>
        <w:rPr>
          <w:lang w:val="ru-RU"/>
        </w:rPr>
      </w:pP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Человек в мире культуры</w:t>
      </w:r>
    </w:p>
    <w:p w:rsidR="00770F5A" w:rsidRPr="00E13B58" w:rsidRDefault="00E13B58">
      <w:pPr>
        <w:autoSpaceDE w:val="0"/>
        <w:autoSpaceDN w:val="0"/>
        <w:spacing w:before="178" w:after="0" w:line="271" w:lineRule="auto"/>
        <w:ind w:left="24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осваивать и применять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знания о процессах и явлен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:rsidR="00770F5A" w:rsidRPr="00E13B58" w:rsidRDefault="00E13B58">
      <w:pPr>
        <w:autoSpaceDE w:val="0"/>
        <w:autoSpaceDN w:val="0"/>
        <w:spacing w:before="190" w:after="0" w:line="271" w:lineRule="auto"/>
        <w:ind w:left="240" w:right="144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характеризовать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духовно-нравственные ценност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и (в том числе нормы морали и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безопасность;</w:t>
      </w:r>
    </w:p>
    <w:p w:rsidR="00770F5A" w:rsidRPr="00E13B58" w:rsidRDefault="00E13B58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приводить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примеры политики российского государства в сфере кул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ьтуры и образования; влияния образования на социализацию личности; правил информационной безопасности;</w:t>
      </w:r>
    </w:p>
    <w:p w:rsidR="00770F5A" w:rsidRPr="00E13B58" w:rsidRDefault="00E13B58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классифицировать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по разным признакам формы и виды культуры;</w:t>
      </w:r>
    </w:p>
    <w:p w:rsidR="00770F5A" w:rsidRPr="00E13B58" w:rsidRDefault="00E13B58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сравнивать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формы культуры, естественные и социально-гуманитарные науки, виды искусств;</w:t>
      </w:r>
    </w:p>
    <w:p w:rsidR="00770F5A" w:rsidRPr="00E13B58" w:rsidRDefault="00E13B58">
      <w:pPr>
        <w:autoSpaceDE w:val="0"/>
        <w:autoSpaceDN w:val="0"/>
        <w:spacing w:before="190" w:after="0" w:line="262" w:lineRule="auto"/>
        <w:ind w:left="240" w:right="576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устанавливать и объяснять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взаимосвязь развития духовной культуры и формирования личности, взаимовлияние науки и образования;</w:t>
      </w:r>
    </w:p>
    <w:p w:rsidR="00770F5A" w:rsidRPr="00E13B58" w:rsidRDefault="00E13B58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использовать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полученные знания для объяснения роли непрерывного образования;</w:t>
      </w:r>
    </w:p>
    <w:p w:rsidR="00770F5A" w:rsidRPr="00E13B58" w:rsidRDefault="00E13B58">
      <w:pPr>
        <w:autoSpaceDE w:val="0"/>
        <w:autoSpaceDN w:val="0"/>
        <w:spacing w:before="192" w:after="0" w:line="271" w:lineRule="auto"/>
        <w:ind w:left="240" w:right="432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определять и аргументировать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с точки зрения с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:rsidR="00770F5A" w:rsidRPr="00E13B58" w:rsidRDefault="00E13B58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решать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познавательные и практические задачи, касающиеся форм и многообразия духовной культуры;</w:t>
      </w:r>
    </w:p>
    <w:p w:rsidR="00770F5A" w:rsidRPr="00E13B58" w:rsidRDefault="00E13B58">
      <w:pPr>
        <w:autoSpaceDE w:val="0"/>
        <w:autoSpaceDN w:val="0"/>
        <w:spacing w:before="190" w:after="0" w:line="271" w:lineRule="auto"/>
        <w:ind w:left="240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овладевать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схему) и преобразовывать предложенные модели в текст;</w:t>
      </w:r>
    </w:p>
    <w:p w:rsidR="00770F5A" w:rsidRPr="00E13B58" w:rsidRDefault="00E13B58">
      <w:pPr>
        <w:autoSpaceDE w:val="0"/>
        <w:autoSpaceDN w:val="0"/>
        <w:spacing w:before="190" w:after="0" w:line="271" w:lineRule="auto"/>
        <w:ind w:left="240" w:right="144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осуществлять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поиск информации об ответственности современных учёных, о религиозных объединениях в Российской Федерации, о роли искусства в жизни человека и общества, о видах мошенничества в Интернете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в разных источниках информации;</w:t>
      </w:r>
    </w:p>
    <w:p w:rsidR="00770F5A" w:rsidRPr="00E13B58" w:rsidRDefault="00E13B58">
      <w:pPr>
        <w:autoSpaceDE w:val="0"/>
        <w:autoSpaceDN w:val="0"/>
        <w:spacing w:before="190" w:after="0" w:line="271" w:lineRule="auto"/>
        <w:ind w:left="240" w:right="576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анализировать, систематизировать, критически оценивать и обобщать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социальную информацию, представленную в разных формах (описательную, графическую,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аудиовизуальную), при изучении культуры, науки и образования;</w:t>
      </w:r>
    </w:p>
    <w:p w:rsidR="00770F5A" w:rsidRPr="00E13B58" w:rsidRDefault="00770F5A">
      <w:pPr>
        <w:rPr>
          <w:lang w:val="ru-RU"/>
        </w:rPr>
        <w:sectPr w:rsidR="00770F5A" w:rsidRPr="00E13B58">
          <w:pgSz w:w="11900" w:h="16840"/>
          <w:pgMar w:top="328" w:right="760" w:bottom="348" w:left="846" w:header="720" w:footer="720" w:gutter="0"/>
          <w:cols w:space="720" w:equalWidth="0">
            <w:col w:w="10294" w:space="0"/>
          </w:cols>
          <w:docGrid w:linePitch="360"/>
        </w:sectPr>
      </w:pPr>
    </w:p>
    <w:p w:rsidR="00770F5A" w:rsidRPr="00E13B58" w:rsidRDefault="00770F5A">
      <w:pPr>
        <w:autoSpaceDE w:val="0"/>
        <w:autoSpaceDN w:val="0"/>
        <w:spacing w:after="96" w:line="220" w:lineRule="exact"/>
        <w:rPr>
          <w:lang w:val="ru-RU"/>
        </w:rPr>
      </w:pPr>
    </w:p>
    <w:p w:rsidR="00770F5A" w:rsidRPr="00E13B58" w:rsidRDefault="00E13B58">
      <w:pPr>
        <w:autoSpaceDE w:val="0"/>
        <w:autoSpaceDN w:val="0"/>
        <w:spacing w:after="0" w:line="230" w:lineRule="auto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оценивать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собственные поступки, поведение людей в духовной сфере жизни общества;</w:t>
      </w:r>
    </w:p>
    <w:p w:rsidR="00770F5A" w:rsidRPr="00E13B58" w:rsidRDefault="00E13B58">
      <w:pPr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использовать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полученные знания для публичного представления результатов своей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деятельности в сфере духовной культуры в соответствии с особенностями аудитории и регламентом;</w:t>
      </w:r>
    </w:p>
    <w:p w:rsidR="00770F5A" w:rsidRPr="00E13B58" w:rsidRDefault="00E13B58">
      <w:pPr>
        <w:autoSpaceDE w:val="0"/>
        <w:autoSpaceDN w:val="0"/>
        <w:spacing w:before="190" w:after="0" w:line="262" w:lineRule="auto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—  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приобретать </w:t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770F5A" w:rsidRPr="00E13B58" w:rsidRDefault="00770F5A">
      <w:pPr>
        <w:rPr>
          <w:lang w:val="ru-RU"/>
        </w:rPr>
        <w:sectPr w:rsidR="00770F5A" w:rsidRPr="00E13B58">
          <w:pgSz w:w="11900" w:h="16840"/>
          <w:pgMar w:top="316" w:right="1290" w:bottom="1440" w:left="1086" w:header="720" w:footer="720" w:gutter="0"/>
          <w:cols w:space="720" w:equalWidth="0">
            <w:col w:w="9524" w:space="0"/>
          </w:cols>
          <w:docGrid w:linePitch="360"/>
        </w:sectPr>
      </w:pPr>
    </w:p>
    <w:p w:rsidR="00770F5A" w:rsidRPr="00E13B58" w:rsidRDefault="00770F5A">
      <w:pPr>
        <w:autoSpaceDE w:val="0"/>
        <w:autoSpaceDN w:val="0"/>
        <w:spacing w:after="64" w:line="220" w:lineRule="exact"/>
        <w:rPr>
          <w:lang w:val="ru-RU"/>
        </w:rPr>
      </w:pPr>
    </w:p>
    <w:p w:rsidR="00770F5A" w:rsidRDefault="00E13B58">
      <w:pPr>
        <w:autoSpaceDE w:val="0"/>
        <w:autoSpaceDN w:val="0"/>
        <w:spacing w:after="258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538"/>
        <w:gridCol w:w="528"/>
        <w:gridCol w:w="1104"/>
        <w:gridCol w:w="1140"/>
        <w:gridCol w:w="806"/>
        <w:gridCol w:w="2268"/>
        <w:gridCol w:w="1022"/>
        <w:gridCol w:w="6700"/>
      </w:tblGrid>
      <w:tr w:rsidR="00770F5A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8" w:after="0" w:line="247" w:lineRule="auto"/>
              <w:ind w:left="72" w:right="408"/>
              <w:jc w:val="both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47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6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Электронные (цифровые) 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образовательные ресурсы</w:t>
            </w:r>
          </w:p>
        </w:tc>
      </w:tr>
      <w:tr w:rsidR="00770F5A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F5A" w:rsidRDefault="00770F5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F5A" w:rsidRDefault="00770F5A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F5A" w:rsidRDefault="00770F5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F5A" w:rsidRDefault="00770F5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F5A" w:rsidRDefault="00770F5A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F5A" w:rsidRDefault="00770F5A"/>
        </w:tc>
      </w:tr>
      <w:tr w:rsidR="00770F5A" w:rsidRPr="00E13B58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1. </w:t>
            </w:r>
            <w:r w:rsidRPr="00E13B58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Человек в экономических отношениях </w:t>
            </w:r>
          </w:p>
        </w:tc>
      </w:tr>
      <w:tr w:rsidR="00770F5A">
        <w:trPr>
          <w:trHeight w:hRule="exact" w:val="1506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8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>1.1.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80" w:after="0" w:line="25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Экономика —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основа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жизнедеятельности человека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80" w:after="0" w:line="257" w:lineRule="auto"/>
              <w:ind w:left="72"/>
              <w:rPr>
                <w:lang w:val="ru-RU"/>
              </w:rPr>
            </w:pPr>
            <w:proofErr w:type="gram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Экономика — основа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жизнедеятельности человека; Характеризовать способы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координации хозяйственной жизни в различных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экономических системах: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описывать различные способы хозяйствования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формулировать основания для сравнения;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аргументировать с точки зрения социальных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ценностей и с опорой на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обществоведческие з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нания,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факты общественной жизни, своё отношение к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предпринимательству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развитию собственного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бизнеса: формулировать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суждения на основе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информации, предложенной учителем;</w:t>
            </w:r>
            <w:proofErr w:type="gram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выражать своё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отношение к решениям людей в конкретных ситуациях.</w:t>
            </w:r>
          </w:p>
          <w:p w:rsidR="00770F5A" w:rsidRPr="00E13B58" w:rsidRDefault="00E13B58">
            <w:pPr>
              <w:autoSpaceDE w:val="0"/>
              <w:autoSpaceDN w:val="0"/>
              <w:spacing w:before="18" w:after="0" w:line="254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Основы функциональной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грамотности: финансовая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грамотность;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Решать познавательные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практические задачи: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реальные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социальные ситуации для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осуществления экономических действий на основе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рационального выбора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условиях ограниченных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рес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урсов; исследовать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несложные практические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ситуации, связанные с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использованием различных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способов повышения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эффективности производства.</w:t>
            </w:r>
          </w:p>
          <w:p w:rsidR="00770F5A" w:rsidRPr="00E13B58" w:rsidRDefault="00E13B58">
            <w:pPr>
              <w:autoSpaceDE w:val="0"/>
              <w:autoSpaceDN w:val="0"/>
              <w:spacing w:before="18" w:after="0" w:line="252" w:lineRule="auto"/>
              <w:ind w:left="72" w:right="288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Основы функциональной грамотности: финансовая грамотность;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Овладевать смысловым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чтением: преобразовывать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80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272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https://resh.edu.ru/subject/lesson/2944/main/</w:t>
            </w:r>
          </w:p>
        </w:tc>
      </w:tr>
    </w:tbl>
    <w:p w:rsidR="00770F5A" w:rsidRDefault="00770F5A">
      <w:pPr>
        <w:autoSpaceDE w:val="0"/>
        <w:autoSpaceDN w:val="0"/>
        <w:spacing w:after="0" w:line="14" w:lineRule="exact"/>
      </w:pPr>
    </w:p>
    <w:p w:rsidR="00770F5A" w:rsidRDefault="00770F5A">
      <w:pPr>
        <w:sectPr w:rsidR="00770F5A">
          <w:pgSz w:w="16840" w:h="11900"/>
          <w:pgMar w:top="282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538"/>
        <w:gridCol w:w="528"/>
        <w:gridCol w:w="1104"/>
        <w:gridCol w:w="1140"/>
        <w:gridCol w:w="806"/>
        <w:gridCol w:w="2268"/>
        <w:gridCol w:w="1022"/>
        <w:gridCol w:w="6700"/>
      </w:tblGrid>
      <w:tr w:rsidR="00770F5A" w:rsidRPr="00E13B58">
        <w:trPr>
          <w:trHeight w:hRule="exact" w:val="15088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058" w:after="0" w:line="254" w:lineRule="auto"/>
              <w:ind w:left="72" w:right="14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текстовую экономическую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информацию в модели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(таблица, схема);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организации эффективного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производства на основе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жизненных ситуаций: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иллюстрировать действие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факторов, влияющих на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повышение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производительности труда;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Оценивать значение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экономически рационального поведения основных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участников обмена: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ь сложившиеся практики и модели поведения.</w:t>
            </w:r>
          </w:p>
          <w:p w:rsidR="00770F5A" w:rsidRPr="00E13B58" w:rsidRDefault="00E13B58">
            <w:pPr>
              <w:autoSpaceDE w:val="0"/>
              <w:autoSpaceDN w:val="0"/>
              <w:spacing w:before="18" w:after="0" w:line="254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Основы функциональной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грамотности: финансовая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грамотность;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полученные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знания для объяснения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социально-экономической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роли предпринимательства: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описывать и раскрывать на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примерах функции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предпр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инимательства;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Вносить коррективы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моделируемую экономическую деятельность на основе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изменившихся ситуаций;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6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</w:tr>
      <w:tr w:rsidR="00770F5A">
        <w:trPr>
          <w:trHeight w:hRule="exact" w:val="1194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>1.2.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50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Рыночные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отношения в экономике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6" w:after="0" w:line="257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рыночном хозяйстве как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одном из способов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организации экономической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жизни: формулировать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собственное мнение о роли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рыночного механизма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необходимости развития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конкуренции для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регулирования экономики;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полученные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знания для объяснения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взаимосвязей рынка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конкуренции: высказывать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обоснованные суждения о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влиянии конкуренции на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функционирование рынка;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использования способов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повышения эффективности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производства: иллюстрировать на основе социальных фактов различные способы повышения его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эффективности;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https://resh.edu.ru/subject/lesson/5981/main/170820/</w:t>
            </w:r>
          </w:p>
        </w:tc>
      </w:tr>
    </w:tbl>
    <w:p w:rsidR="00770F5A" w:rsidRDefault="00770F5A">
      <w:pPr>
        <w:autoSpaceDE w:val="0"/>
        <w:autoSpaceDN w:val="0"/>
        <w:spacing w:after="0" w:line="14" w:lineRule="exact"/>
      </w:pPr>
    </w:p>
    <w:p w:rsidR="00770F5A" w:rsidRDefault="00770F5A">
      <w:pPr>
        <w:sectPr w:rsidR="00770F5A">
          <w:pgSz w:w="16840" w:h="11900"/>
          <w:pgMar w:top="0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538"/>
        <w:gridCol w:w="528"/>
        <w:gridCol w:w="1104"/>
        <w:gridCol w:w="1140"/>
        <w:gridCol w:w="806"/>
        <w:gridCol w:w="2268"/>
        <w:gridCol w:w="1022"/>
        <w:gridCol w:w="6700"/>
      </w:tblGrid>
      <w:tr w:rsidR="00770F5A" w:rsidRPr="00E13B58">
        <w:trPr>
          <w:trHeight w:hRule="exact" w:val="11964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4734" w:after="0" w:line="257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Оценивать поведение людей с точки зрения их </w:t>
            </w:r>
            <w:proofErr w:type="spell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эконом</w:t>
            </w:r>
            <w:proofErr w:type="gram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</w:t>
            </w:r>
            <w:proofErr w:type="spell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gramEnd"/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ческой рациональности: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и оценивать с позиций экономических знаний сложившиеся практики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 поведения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производителя;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использования знаний для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выбора профессий и оценки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собственных перспектив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профессиона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льной сфере: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устанавливать преимущества профессионализма и его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взаимосвязь с жизненным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успехом. </w:t>
            </w:r>
            <w:proofErr w:type="gram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Извлекать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социальную информацию из адаптированных источников и СМИ о тенденциях развития современной рыночной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экономики: выявлять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соответствующие факты;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Готовность к саморазвитию и личностному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самоопределению;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Искать и отбирать социальную информацию из различных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источников в соответствии с познавательной задачей,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интерпретировать и оценивать достоверность социальной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информации, в т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ом числе о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тенденциях развития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современной рыночной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экономики;</w:t>
            </w:r>
            <w:proofErr w:type="gramEnd"/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6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</w:tr>
      <w:tr w:rsidR="00770F5A" w:rsidRPr="00E13B58">
        <w:trPr>
          <w:trHeight w:hRule="exact" w:val="1440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>1.3.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47" w:lineRule="auto"/>
              <w:ind w:left="72" w:right="542"/>
              <w:jc w:val="both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Финансовые отношения в экономике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proofErr w:type="gram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Приводить примеры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деятельности и проявления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основных функций различных финансовых посредников: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описывать ситуации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деятельности финансовых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посредников и их функции на основе предложенных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учителем источников;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Оценивать собственные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поступки и поступки других участников финансового рынка с точки зрения их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экономической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рациональности (включая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вопросы, связанные с личными финансами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пред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принимательской</w:t>
            </w:r>
            <w:proofErr w:type="gramEnd"/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270" w:after="0" w:line="230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/3670/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main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/33146/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/4897/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main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/161525/</w:t>
            </w:r>
          </w:p>
        </w:tc>
      </w:tr>
    </w:tbl>
    <w:p w:rsidR="00770F5A" w:rsidRPr="00E13B58" w:rsidRDefault="00770F5A">
      <w:pPr>
        <w:autoSpaceDE w:val="0"/>
        <w:autoSpaceDN w:val="0"/>
        <w:spacing w:after="0" w:line="14" w:lineRule="exact"/>
        <w:rPr>
          <w:lang w:val="ru-RU"/>
        </w:rPr>
      </w:pPr>
    </w:p>
    <w:p w:rsidR="00770F5A" w:rsidRPr="00E13B58" w:rsidRDefault="00770F5A">
      <w:pPr>
        <w:rPr>
          <w:lang w:val="ru-RU"/>
        </w:rPr>
        <w:sectPr w:rsidR="00770F5A" w:rsidRPr="00E13B58">
          <w:pgSz w:w="16840" w:h="11900"/>
          <w:pgMar w:top="0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538"/>
        <w:gridCol w:w="528"/>
        <w:gridCol w:w="1104"/>
        <w:gridCol w:w="1140"/>
        <w:gridCol w:w="806"/>
        <w:gridCol w:w="2268"/>
        <w:gridCol w:w="1022"/>
        <w:gridCol w:w="6700"/>
      </w:tblGrid>
      <w:tr w:rsidR="00770F5A" w:rsidRPr="00E13B58">
        <w:trPr>
          <w:trHeight w:hRule="exact" w:val="14406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3546" w:after="0" w:line="257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деятельностью, для оценки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рисков осуществления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финансовых мошенничеств,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применения недобросовестных практик): формулировать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представлять краткие выводы о способах эффективного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использования денежных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средств. Основы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функциональной грамотности: финансовая грамотность;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ировать, обобщать,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систематизировать, критически оценивать социальную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информацию, включая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экономико-статистическую, из адаптированных источников (в том числе учебных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материалов) и публикаций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СМИ, соотносить её с личным социальным опытом;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формулироват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ь выводы,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подкрепляя их аргументами; выполнять задания к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предложенным учителем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фрагментам;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использования знаний основ финансовой грамотности для реализации защиты прав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потребителя финансовых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услуг: выражать собственное отношение к н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арушению прав и недобросовестному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поведению участников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финансового рынка. </w:t>
            </w:r>
            <w:proofErr w:type="gram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Основы функциональной грамотности: финансовая грамотность;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Осуществлять совместную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деятельность, включая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взаимодействие с людьми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другой культуры,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национальной и религиозной 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принадлежности, на основе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гуманистических ценностей, взаимопонимания между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людьми разных культур: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выполнять учебные задания в парах и группах;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Выявлять проблемы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выбирать различные подходы (способы) для принятия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решений в жизненных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учебных ситуац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иях в целях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защиты экономических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интересов;</w:t>
            </w:r>
            <w:proofErr w:type="gramEnd"/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6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</w:tr>
    </w:tbl>
    <w:p w:rsidR="00770F5A" w:rsidRPr="00E13B58" w:rsidRDefault="00770F5A">
      <w:pPr>
        <w:autoSpaceDE w:val="0"/>
        <w:autoSpaceDN w:val="0"/>
        <w:spacing w:after="0" w:line="14" w:lineRule="exact"/>
        <w:rPr>
          <w:lang w:val="ru-RU"/>
        </w:rPr>
      </w:pPr>
    </w:p>
    <w:p w:rsidR="00770F5A" w:rsidRPr="00E13B58" w:rsidRDefault="00770F5A">
      <w:pPr>
        <w:rPr>
          <w:lang w:val="ru-RU"/>
        </w:rPr>
        <w:sectPr w:rsidR="00770F5A" w:rsidRPr="00E13B58">
          <w:pgSz w:w="16840" w:h="11900"/>
          <w:pgMar w:top="0" w:right="640" w:bottom="214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538"/>
        <w:gridCol w:w="528"/>
        <w:gridCol w:w="1104"/>
        <w:gridCol w:w="1140"/>
        <w:gridCol w:w="806"/>
        <w:gridCol w:w="2268"/>
        <w:gridCol w:w="1022"/>
        <w:gridCol w:w="6700"/>
      </w:tblGrid>
      <w:tr w:rsidR="00770F5A" w:rsidRPr="00E13B58">
        <w:trPr>
          <w:trHeight w:hRule="exact" w:val="14426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6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</w:tr>
      <w:tr w:rsidR="00770F5A">
        <w:trPr>
          <w:trHeight w:hRule="exact" w:val="1123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>1.4.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45" w:lineRule="auto"/>
              <w:ind w:right="720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Домашнее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хозяйство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proofErr w:type="gram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знания для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объяснения взаимосвязей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экономических явлений: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объяснять причины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достижения (</w:t>
            </w:r>
            <w:proofErr w:type="spell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недостижения</w:t>
            </w:r>
            <w:proofErr w:type="spell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) результатов экономической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деятельности;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использования полученных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знаний в практической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повседневной жизни: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анализировать потребление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домашнего хозяйства,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структур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 семейного бюджета, выполнение гражданских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обязанностей (в том числе по уплате налогов), собственные перспективы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профессиональной сфере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целях осознанного выбора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профессии; сопоставлять свои потребности и возможности.</w:t>
            </w:r>
            <w:proofErr w:type="gramEnd"/>
          </w:p>
          <w:p w:rsidR="00770F5A" w:rsidRPr="00E13B58" w:rsidRDefault="00E13B58">
            <w:pPr>
              <w:autoSpaceDE w:val="0"/>
              <w:autoSpaceDN w:val="0"/>
              <w:spacing w:before="20" w:after="0" w:line="257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Основы функциональной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грамотн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ости: финансовая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грамотность;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Оценивать собственные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поступки и поведение других людей с точки зрения их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экономической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рациональности: давать оценку рациональному распределению семейных ресурсов. Основы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функциональной грамотности: 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финансовая грамотность;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Решать познавательные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практические задачи,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отражающие процессы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формирования, накопления и инвестирования сбережений: формулировать и представлять краткие выводы о способах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эффективного использования денежных средств и различн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ых форм сбережений. Основы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функциональной грамотности: финансовая грамотность;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Приобретать опыт составления простейших документов: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семейный бюджет, личный финансовый план,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заявление, резюме. Основы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функциональной грамотности: финансовая гра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мотность;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Анализировать практические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https://resh.edu.ru/subject/24/8/</w:t>
            </w:r>
          </w:p>
        </w:tc>
      </w:tr>
    </w:tbl>
    <w:p w:rsidR="00770F5A" w:rsidRDefault="00770F5A">
      <w:pPr>
        <w:autoSpaceDE w:val="0"/>
        <w:autoSpaceDN w:val="0"/>
        <w:spacing w:after="0" w:line="14" w:lineRule="exact"/>
      </w:pPr>
    </w:p>
    <w:p w:rsidR="00770F5A" w:rsidRDefault="00770F5A">
      <w:pPr>
        <w:sectPr w:rsidR="00770F5A">
          <w:pgSz w:w="16840" w:h="11900"/>
          <w:pgMar w:top="0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538"/>
        <w:gridCol w:w="528"/>
        <w:gridCol w:w="1104"/>
        <w:gridCol w:w="1140"/>
        <w:gridCol w:w="806"/>
        <w:gridCol w:w="2268"/>
        <w:gridCol w:w="1022"/>
        <w:gridCol w:w="6700"/>
      </w:tblGrid>
      <w:tr w:rsidR="00770F5A" w:rsidRPr="00E13B58">
        <w:trPr>
          <w:trHeight w:hRule="exact" w:val="11256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10630" w:after="0" w:line="250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ситуации, связанные с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реализацией гражданами своих экономических интересов;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6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</w:tr>
      <w:tr w:rsidR="00770F5A">
        <w:trPr>
          <w:trHeight w:hRule="exact" w:val="76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>1.5.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Экономические цели и  функции государства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proofErr w:type="gram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роли государства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экономике, об основах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государственной бюджетной и денежно-кредитной политики 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Российской Федерации: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описывать экономические цели и функции государства;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Классифицировать (в том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числе устанавливать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существенный признак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классификации) механизмы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государственного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регулирования экономики: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классификационную таблицу; Уст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анавливать и объяснять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связи политических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потрясений и социально-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экономических кризисов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государстве: описывать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социальные ситуации и факты.</w:t>
            </w:r>
            <w:proofErr w:type="gramEnd"/>
          </w:p>
          <w:p w:rsidR="00770F5A" w:rsidRPr="00E13B58" w:rsidRDefault="00E13B58">
            <w:pPr>
              <w:autoSpaceDE w:val="0"/>
              <w:autoSpaceDN w:val="0"/>
              <w:spacing w:before="20" w:after="0" w:line="254" w:lineRule="auto"/>
              <w:ind w:left="72" w:right="14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знания для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объяснения основных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механизмов государственного регулирования экономики, в 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том числе государственной политики по развитию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конкуренции: высказывать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обоснованные суждения о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различных направлениях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экономической политики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государства и её влиянии на экономическую жизнь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общества;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Выявлять причинн</w:t>
            </w:r>
            <w:proofErr w:type="gram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о-</w:t>
            </w:r>
            <w:proofErr w:type="gramEnd"/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следственные связи при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изучен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ии экономических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явлений и процессов;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https://resh.edu.ru/subject/lesson/2943/main/</w:t>
            </w:r>
          </w:p>
        </w:tc>
      </w:tr>
      <w:tr w:rsidR="00770F5A">
        <w:trPr>
          <w:trHeight w:hRule="exact" w:val="350"/>
        </w:trPr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30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</w:tr>
      <w:tr w:rsidR="00770F5A" w:rsidRPr="00E13B58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Раздел 2. </w:t>
            </w:r>
            <w:r w:rsidRPr="00E13B58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Человек в мире культуры</w:t>
            </w:r>
          </w:p>
        </w:tc>
      </w:tr>
      <w:tr w:rsidR="00770F5A">
        <w:trPr>
          <w:trHeight w:hRule="exact" w:val="1356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>2.1.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6" w:after="0" w:line="250" w:lineRule="auto"/>
              <w:ind w:left="72" w:right="288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Культура, её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многообразие и формы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 процессах и явлениях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духовной жизни: различать в предлагаемых ситуациях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формы культуры, выявлять их описания в тексте, составлять опорные схемы и планы;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Классифицировать по </w:t>
            </w:r>
            <w:proofErr w:type="gram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разным</w:t>
            </w:r>
            <w:proofErr w:type="gramEnd"/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45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https://resh.edu.ru/subject/lesson/2950/start/</w:t>
            </w:r>
          </w:p>
        </w:tc>
      </w:tr>
    </w:tbl>
    <w:p w:rsidR="00770F5A" w:rsidRDefault="00770F5A">
      <w:pPr>
        <w:autoSpaceDE w:val="0"/>
        <w:autoSpaceDN w:val="0"/>
        <w:spacing w:after="0" w:line="14" w:lineRule="exact"/>
      </w:pPr>
    </w:p>
    <w:p w:rsidR="00770F5A" w:rsidRDefault="00770F5A">
      <w:pPr>
        <w:sectPr w:rsidR="00770F5A">
          <w:pgSz w:w="16840" w:h="11900"/>
          <w:pgMar w:top="0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70F5A" w:rsidRPr="00E13B58" w:rsidRDefault="00E13B58">
      <w:pPr>
        <w:autoSpaceDE w:val="0"/>
        <w:autoSpaceDN w:val="0"/>
        <w:spacing w:before="1794" w:after="0" w:line="257" w:lineRule="auto"/>
        <w:ind w:left="5596" w:right="7776"/>
        <w:rPr>
          <w:lang w:val="ru-RU"/>
        </w:rPr>
      </w:pPr>
      <w:proofErr w:type="gramStart"/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lastRenderedPageBreak/>
        <w:t xml:space="preserve">признакам формы и виды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культуры: сопоставлять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определённые примеры с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указанными формами (видами)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культуры, составлять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>собственные модельн</w:t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ые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примеры различных видов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культуры;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Сравнивать формы культуры: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различать признаки разных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форм культуры в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предлагаемых ситуациях и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примерах;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Устанавливать и объяснять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взаимосвязь развития духовной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культуры и формирования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личности: описывать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взаимовлияние различных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форм культуры, современной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молодёжной культуры и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личностного развития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>личности;</w:t>
      </w:r>
      <w:proofErr w:type="gramEnd"/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 </w:t>
      </w:r>
      <w:r w:rsidRPr="00E13B58">
        <w:rPr>
          <w:lang w:val="ru-RU"/>
        </w:rPr>
        <w:br/>
      </w:r>
      <w:proofErr w:type="gramStart"/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Овладевать смысловым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чтением текстов по проблемам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развития современной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культуры: составлять план,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преобразовывать текстовую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>информацию в модел</w:t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и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(таблицу, диаграмму, схему) и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преобразовывать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предложенные модели в текст;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Приобретать опыт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осуществления совместной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деятельности при изучении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особенностей разных культур,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национальных и религиозных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ценностей: выявлять дефициты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>информации, данн</w:t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ых,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необходимых для решения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поставленной задачи в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>процессе совместной работы.</w:t>
      </w:r>
      <w:proofErr w:type="gramEnd"/>
    </w:p>
    <w:p w:rsidR="00770F5A" w:rsidRPr="00E13B58" w:rsidRDefault="00E13B58">
      <w:pPr>
        <w:autoSpaceDE w:val="0"/>
        <w:autoSpaceDN w:val="0"/>
        <w:spacing w:before="20" w:after="0" w:line="254" w:lineRule="auto"/>
        <w:ind w:left="5596" w:right="7776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Основы функциональной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грамотности: глобальные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компетенции;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Содействовать формированию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внутренней позиции личности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как особого ценностного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отношения к себе,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>окружающим л</w:t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юдям и жизни в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целом;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Способствовать осознанию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ценности самостоятельности и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lastRenderedPageBreak/>
        <w:t xml:space="preserve">инициативы;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 xml:space="preserve">Самостоятельно выбирать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>способ решения учебной з</w:t>
      </w:r>
      <w:proofErr w:type="gramStart"/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>а-</w:t>
      </w:r>
      <w:proofErr w:type="gramEnd"/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w w:val="97"/>
          <w:sz w:val="16"/>
          <w:lang w:val="ru-RU"/>
        </w:rPr>
        <w:t>дачи в процессе работы с</w:t>
      </w:r>
    </w:p>
    <w:p w:rsidR="00770F5A" w:rsidRPr="00E13B58" w:rsidRDefault="00770F5A">
      <w:pPr>
        <w:rPr>
          <w:lang w:val="ru-RU"/>
        </w:rPr>
        <w:sectPr w:rsidR="00770F5A" w:rsidRPr="00E13B58">
          <w:pgSz w:w="16840" w:h="11900"/>
          <w:pgMar w:top="0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538"/>
        <w:gridCol w:w="528"/>
        <w:gridCol w:w="1104"/>
        <w:gridCol w:w="1140"/>
        <w:gridCol w:w="806"/>
        <w:gridCol w:w="2268"/>
        <w:gridCol w:w="1022"/>
        <w:gridCol w:w="6700"/>
      </w:tblGrid>
      <w:tr w:rsidR="00770F5A" w:rsidRPr="00E13B58">
        <w:trPr>
          <w:trHeight w:hRule="exact" w:val="13586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12552" w:after="0" w:line="252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кейсами (сравнивать несколько вариантов решения, выбирать наиболее </w:t>
            </w:r>
            <w:proofErr w:type="gram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подходящий</w:t>
            </w:r>
            <w:proofErr w:type="gram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с учётом самостоятельно выделенных критериев);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6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</w:tr>
      <w:tr w:rsidR="00770F5A">
        <w:trPr>
          <w:trHeight w:hRule="exact" w:val="1282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>2.2.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8" w:after="0" w:line="250" w:lineRule="auto"/>
              <w:ind w:left="72" w:right="43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Наука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образование в Российской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Федерации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науке и образовании, о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системе образования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Российской Федерации: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отбирать с заданных позиций приведённые в тексте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описания;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естественные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социально-гуманитарные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науки: находить их сходства и различия в предлагаемых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примерах;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Решать познавательные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практические задачи,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касающиеся форм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многообразия духовной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культуры: анализировать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жизненные ситуации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принимать решения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относительн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 осуществления конкретных действий в области науки, образования,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самообразования. Основы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функциональной грамотности: глобальные компетенции;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Осуществлять поиск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информации об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ответственности со-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временных учёных в разных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источниках: сопоставлять и</w:t>
            </w:r>
            <w:proofErr w:type="gram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</w:t>
            </w:r>
            <w:proofErr w:type="gram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существлять поиск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информации об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ответственности современных учёных в разных источниках: сопоставлять и обобщать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информацию, представленную в разных формах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(описательную, графическую, аудиовизуальную);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примеры политики Российского государства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сфере культуры и образования: отбирать соответствующие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ситуации из учебных текстов и СМИ;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полученные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знания для объяснения роли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непрерывного образования: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выполнять индивидуальные и групповые проекты;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45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https://interneturok.ru/lesson/obshestvoznanie/8-klass/sfera-duhovnoy-kultury/sistema-obrazovaniya-rossiyskoy-federatsii</w:t>
            </w:r>
          </w:p>
        </w:tc>
      </w:tr>
    </w:tbl>
    <w:p w:rsidR="00770F5A" w:rsidRDefault="00770F5A">
      <w:pPr>
        <w:autoSpaceDE w:val="0"/>
        <w:autoSpaceDN w:val="0"/>
        <w:spacing w:after="0" w:line="14" w:lineRule="exact"/>
      </w:pPr>
    </w:p>
    <w:p w:rsidR="00770F5A" w:rsidRDefault="00770F5A">
      <w:pPr>
        <w:sectPr w:rsidR="00770F5A">
          <w:pgSz w:w="16840" w:h="11900"/>
          <w:pgMar w:top="0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538"/>
        <w:gridCol w:w="528"/>
        <w:gridCol w:w="1104"/>
        <w:gridCol w:w="1140"/>
        <w:gridCol w:w="806"/>
        <w:gridCol w:w="2268"/>
        <w:gridCol w:w="1022"/>
        <w:gridCol w:w="6700"/>
      </w:tblGrid>
      <w:tr w:rsidR="00770F5A" w:rsidRPr="00E13B58">
        <w:trPr>
          <w:trHeight w:hRule="exact" w:val="12842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730" w:after="0" w:line="254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Формировать мотивацию к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целенаправленной социально значимой деятельности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(получению образования);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Выявлять причинн</w:t>
            </w:r>
            <w:proofErr w:type="gram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о-</w:t>
            </w:r>
            <w:proofErr w:type="gramEnd"/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следственные связи, доказывая значение образования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условиях усложнения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технологий в современном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обществе;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Выявлять причинно-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следственные связи, доказывая значение образования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условиях усложнения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технологий в современном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обществе;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6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</w:tr>
      <w:tr w:rsidR="00770F5A" w:rsidRPr="00E13B58">
        <w:trPr>
          <w:trHeight w:hRule="exact" w:val="64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>2.3.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6" w:after="0" w:line="245" w:lineRule="auto"/>
              <w:ind w:right="288"/>
              <w:jc w:val="center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Роль  религии в жизни общества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6" w:after="0" w:line="257" w:lineRule="auto"/>
              <w:ind w:left="72"/>
              <w:rPr>
                <w:lang w:val="ru-RU"/>
              </w:rPr>
            </w:pPr>
            <w:proofErr w:type="gram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 религии, мировых религиях: различать в предлагаемых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ситуациях мировые религии, особенности религии как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социального института;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мировые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национальные религии: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сравнительную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таблицу;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Осуществлять поиск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информации о религиозных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объединениях в Российской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Федерации в разных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источн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иках информации: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сопоставлять и обобщать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информацию, представленную в разных формах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(описательную, графическую, аудиовизуальную);</w:t>
            </w:r>
            <w:proofErr w:type="gram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Оценивать собственные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поступки, поведение людей в духовной сфере жизни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общества: выражать свою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точку зрения, участвоват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ь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дискуссии. Основы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функциональной грамотности: глобальные компетенции;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Овладевать навыками работы с информацией: воспринимать и создавать информационные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тексты в различных форматах, в том числе цифровых;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resh</w:t>
            </w:r>
            <w:proofErr w:type="spell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edu</w:t>
            </w:r>
            <w:proofErr w:type="spell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subject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lesson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/2948/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main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</w:p>
        </w:tc>
      </w:tr>
    </w:tbl>
    <w:p w:rsidR="00770F5A" w:rsidRPr="00E13B58" w:rsidRDefault="00770F5A">
      <w:pPr>
        <w:autoSpaceDE w:val="0"/>
        <w:autoSpaceDN w:val="0"/>
        <w:spacing w:after="0" w:line="14" w:lineRule="exact"/>
        <w:rPr>
          <w:lang w:val="ru-RU"/>
        </w:rPr>
      </w:pPr>
    </w:p>
    <w:p w:rsidR="00770F5A" w:rsidRPr="00E13B58" w:rsidRDefault="00770F5A">
      <w:pPr>
        <w:rPr>
          <w:lang w:val="ru-RU"/>
        </w:rPr>
        <w:sectPr w:rsidR="00770F5A" w:rsidRPr="00E13B58">
          <w:pgSz w:w="16840" w:h="11900"/>
          <w:pgMar w:top="0" w:right="640" w:bottom="85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70F5A" w:rsidRPr="00E13B58" w:rsidRDefault="00770F5A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538"/>
        <w:gridCol w:w="528"/>
        <w:gridCol w:w="1104"/>
        <w:gridCol w:w="1140"/>
        <w:gridCol w:w="806"/>
        <w:gridCol w:w="2268"/>
        <w:gridCol w:w="1022"/>
        <w:gridCol w:w="6700"/>
      </w:tblGrid>
      <w:tr w:rsidR="00770F5A">
        <w:trPr>
          <w:trHeight w:hRule="exact" w:val="668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2.4.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Роль искусства в жизни человека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 искусстве и его видах: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различать в предлагаемых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ситуациях объекты,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относящиеся к разным видам искусства;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Характеризовать искусство: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отбирать в тексте значимые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признаки для его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характеристики;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Сравнивать виды искусств: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составлять сравнительные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таблицы;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Осуществлять поиск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информации о роли искусства в жизни человека и общества в разных источниках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информации: сопоставлять и обобщать информацию,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представленную в разных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формах (описательную,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графическую, ауди</w:t>
            </w:r>
            <w:proofErr w:type="gram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о-</w:t>
            </w:r>
            <w:proofErr w:type="gramEnd"/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визуальную);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Формировать готовн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обучающихся к саморазвитию, самостоятельности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определении своего отношения к искусству как форме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общественного сознания;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Овладевать навыками работы с информацией: восприятие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создание информационных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текстов в различных форматах, в том числе ц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ифровых;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https://resh.edu.ru/subject/lesson/2947/main/</w:t>
            </w:r>
          </w:p>
        </w:tc>
      </w:tr>
      <w:tr w:rsidR="00770F5A">
        <w:trPr>
          <w:trHeight w:hRule="exact" w:val="130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>2.5.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Роль информации в современном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мире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6" w:after="0" w:line="257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Осваивать и применять знания об информации как важном ресурсе современного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общества: различать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предлагаемых ситуациях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объекты, относящиеся к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разным видам информации; Характеризовать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информационную культуру и информационную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безопасность: отбирать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тексте признаки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информационной культуры, особенности информационной безопасности;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Приводить конк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ретные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примеры правил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информационной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безопасности: моделировать ситуации, отражающие их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5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https://resh.edu.ru/subject/24/8/</w:t>
            </w:r>
          </w:p>
        </w:tc>
      </w:tr>
    </w:tbl>
    <w:p w:rsidR="00770F5A" w:rsidRDefault="00770F5A">
      <w:pPr>
        <w:autoSpaceDE w:val="0"/>
        <w:autoSpaceDN w:val="0"/>
        <w:spacing w:after="0" w:line="14" w:lineRule="exact"/>
      </w:pPr>
    </w:p>
    <w:p w:rsidR="00770F5A" w:rsidRDefault="00770F5A">
      <w:pPr>
        <w:sectPr w:rsidR="00770F5A">
          <w:pgSz w:w="16840" w:h="11900"/>
          <w:pgMar w:top="284" w:right="640" w:bottom="0" w:left="666" w:header="720" w:footer="720" w:gutter="0"/>
          <w:cols w:space="720" w:equalWidth="0">
            <w:col w:w="15534" w:space="0"/>
          </w:cols>
          <w:docGrid w:linePitch="360"/>
        </w:sect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1538"/>
        <w:gridCol w:w="528"/>
        <w:gridCol w:w="1104"/>
        <w:gridCol w:w="1140"/>
        <w:gridCol w:w="806"/>
        <w:gridCol w:w="2268"/>
        <w:gridCol w:w="1022"/>
        <w:gridCol w:w="6700"/>
      </w:tblGrid>
      <w:tr w:rsidR="00770F5A" w:rsidRPr="00E13B58">
        <w:trPr>
          <w:trHeight w:hRule="exact" w:val="13046"/>
        </w:trPr>
        <w:tc>
          <w:tcPr>
            <w:tcW w:w="39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53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1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1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4030" w:after="0" w:line="257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действие и значение;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Определять и аргументировать с точки зрения социальных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ценностей и с опорой на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обществоведческие знания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факты общественной жизни, своё отношение к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информационной культуре и информационной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безопасности, </w:t>
            </w:r>
            <w:proofErr w:type="spell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</w:t>
            </w:r>
            <w:proofErr w:type="gram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а</w:t>
            </w:r>
            <w:proofErr w:type="spell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-</w:t>
            </w:r>
            <w:proofErr w:type="gram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вилам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безопасного поведения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Интернете: формулировать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суждения на основе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информации, предложенной учителем; выражать сво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ё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отношение к поступкам людей в конкретных ситуациях; </w:t>
            </w:r>
            <w:r w:rsidRPr="00E13B58">
              <w:rPr>
                <w:lang w:val="ru-RU"/>
              </w:rPr>
              <w:br/>
            </w:r>
            <w:proofErr w:type="gramStart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Осуществлять поиск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информации о видах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мошенничества в Интернете: составлять алгоритм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безопасного поведения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Интернете, сопоставляя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обобщая информацию,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представленную в разных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формах (описате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льную,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графическую,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аудиовизуальную);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Использовать полученные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знания для публичного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представления результатов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своей деятельности в сфере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духовной культуры: выступать с сообщениями в соответствии с особенностями аудитории и регламентом;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Содействоват</w:t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ь формированию готовности обучающихся к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саморазвитию,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самостоятельности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личностному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самоопределению;</w:t>
            </w:r>
            <w:proofErr w:type="gramEnd"/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Овладевать навыками работы с информацией: выявлять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дефициты информации,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данных, необходимых для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решения поставленной задачи;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  <w:tc>
          <w:tcPr>
            <w:tcW w:w="67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770F5A">
            <w:pPr>
              <w:rPr>
                <w:lang w:val="ru-RU"/>
              </w:rPr>
            </w:pPr>
          </w:p>
        </w:tc>
      </w:tr>
      <w:tr w:rsidR="00770F5A">
        <w:trPr>
          <w:trHeight w:hRule="exact" w:val="348"/>
        </w:trPr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lastRenderedPageBreak/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30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</w:tr>
      <w:tr w:rsidR="00770F5A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Итоговое повторение</w:t>
            </w:r>
          </w:p>
        </w:tc>
      </w:tr>
      <w:tr w:rsidR="00770F5A">
        <w:trPr>
          <w:trHeight w:hRule="exact" w:val="73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Защита проектов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Защита проектов;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5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Контрольная работа;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Проекты;</w:t>
            </w:r>
          </w:p>
        </w:tc>
        <w:tc>
          <w:tcPr>
            <w:tcW w:w="6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</w:tr>
      <w:tr w:rsidR="00770F5A">
        <w:trPr>
          <w:trHeight w:hRule="exact" w:val="328"/>
        </w:trPr>
        <w:tc>
          <w:tcPr>
            <w:tcW w:w="19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304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</w:tr>
    </w:tbl>
    <w:p w:rsidR="00770F5A" w:rsidRDefault="00770F5A">
      <w:pPr>
        <w:autoSpaceDE w:val="0"/>
        <w:autoSpaceDN w:val="0"/>
        <w:spacing w:after="0" w:line="14" w:lineRule="exact"/>
      </w:pPr>
    </w:p>
    <w:p w:rsidR="00770F5A" w:rsidRDefault="00770F5A">
      <w:pPr>
        <w:sectPr w:rsidR="00770F5A">
          <w:pgSz w:w="16840" w:h="11900"/>
          <w:pgMar w:top="0" w:right="640" w:bottom="28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70F5A" w:rsidRDefault="00770F5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1934"/>
        <w:gridCol w:w="528"/>
        <w:gridCol w:w="1104"/>
        <w:gridCol w:w="1140"/>
        <w:gridCol w:w="10796"/>
      </w:tblGrid>
      <w:tr w:rsidR="00770F5A">
        <w:trPr>
          <w:trHeight w:hRule="exact" w:val="712"/>
        </w:trPr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ОБЩЕЕ КОЛИЧЕСТВО ЧАСОВ ПО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0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</w:tr>
    </w:tbl>
    <w:p w:rsidR="00770F5A" w:rsidRDefault="00770F5A">
      <w:pPr>
        <w:autoSpaceDE w:val="0"/>
        <w:autoSpaceDN w:val="0"/>
        <w:spacing w:after="0" w:line="14" w:lineRule="exact"/>
      </w:pPr>
    </w:p>
    <w:p w:rsidR="00770F5A" w:rsidRDefault="00770F5A">
      <w:pPr>
        <w:sectPr w:rsidR="00770F5A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770F5A" w:rsidRDefault="00770F5A">
      <w:pPr>
        <w:autoSpaceDE w:val="0"/>
        <w:autoSpaceDN w:val="0"/>
        <w:spacing w:after="78" w:line="220" w:lineRule="exact"/>
      </w:pPr>
    </w:p>
    <w:p w:rsidR="00770F5A" w:rsidRDefault="00E13B58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74"/>
        <w:gridCol w:w="732"/>
        <w:gridCol w:w="1620"/>
        <w:gridCol w:w="1668"/>
        <w:gridCol w:w="1164"/>
        <w:gridCol w:w="1490"/>
      </w:tblGrid>
      <w:tr w:rsidR="00770F5A">
        <w:trPr>
          <w:trHeight w:hRule="exact" w:val="492"/>
        </w:trPr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3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4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71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770F5A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F5A" w:rsidRDefault="00770F5A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F5A" w:rsidRDefault="00770F5A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F5A" w:rsidRDefault="00770F5A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0F5A" w:rsidRDefault="00770F5A"/>
        </w:tc>
      </w:tr>
      <w:tr w:rsidR="00770F5A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81" w:lineRule="auto"/>
              <w:ind w:left="72" w:right="576"/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Экономическая жизнь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общества. Потребности и ресурсы.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Ограниченность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ресурсов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Экономический выбор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830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62" w:lineRule="auto"/>
              <w:ind w:left="72" w:right="288"/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Экономическая система и ее функции.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Собственность</w:t>
            </w:r>
            <w:proofErr w:type="spellEnd"/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/>
              <w:ind w:left="72" w:right="144"/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Производство – источник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экономических благ. Факторы производства.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Трудовая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деятельность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770F5A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Предпринимательство. Виды и формы предпринимательской деятельности.</w:t>
            </w:r>
          </w:p>
          <w:p w:rsidR="00770F5A" w:rsidRDefault="00E13B58">
            <w:pPr>
              <w:autoSpaceDE w:val="0"/>
              <w:autoSpaceDN w:val="0"/>
              <w:spacing w:before="70" w:after="0" w:line="262" w:lineRule="auto"/>
              <w:ind w:left="72" w:right="86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Производительность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труда.Разделение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труда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Обмен. Деньги и их функции.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Торговля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формы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Рыночная экономика.</w:t>
            </w:r>
          </w:p>
          <w:p w:rsidR="00770F5A" w:rsidRPr="00E13B58" w:rsidRDefault="00E13B58">
            <w:pPr>
              <w:autoSpaceDE w:val="0"/>
              <w:autoSpaceDN w:val="0"/>
              <w:spacing w:before="70" w:after="0" w:line="262" w:lineRule="auto"/>
              <w:ind w:left="72" w:right="288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Конкуренция. Многообразие рынков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71" w:lineRule="auto"/>
              <w:ind w:left="72" w:right="934"/>
              <w:jc w:val="both"/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Спрос и предложение. Рыночное равновесие.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Невидимая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рука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рынка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770F5A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Предприятие в экономике.</w:t>
            </w:r>
          </w:p>
          <w:p w:rsidR="00770F5A" w:rsidRDefault="00E13B58">
            <w:pPr>
              <w:autoSpaceDE w:val="0"/>
              <w:autoSpaceDN w:val="0"/>
              <w:spacing w:before="70" w:after="0" w:line="271" w:lineRule="auto"/>
              <w:ind w:left="72"/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Издержки, выручка и прибыль.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повысить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эффективность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производства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11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71" w:lineRule="auto"/>
              <w:ind w:left="72" w:right="720"/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Заработная плата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стимулирование труда.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Занятость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безработица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770F5A" w:rsidRDefault="00770F5A">
      <w:pPr>
        <w:autoSpaceDE w:val="0"/>
        <w:autoSpaceDN w:val="0"/>
        <w:spacing w:after="0" w:line="14" w:lineRule="exact"/>
      </w:pPr>
    </w:p>
    <w:p w:rsidR="00770F5A" w:rsidRDefault="00770F5A">
      <w:pPr>
        <w:sectPr w:rsidR="00770F5A">
          <w:pgSz w:w="11900" w:h="16840"/>
          <w:pgMar w:top="298" w:right="650" w:bottom="125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70F5A" w:rsidRDefault="00770F5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74"/>
        <w:gridCol w:w="732"/>
        <w:gridCol w:w="1620"/>
        <w:gridCol w:w="1668"/>
        <w:gridCol w:w="1164"/>
        <w:gridCol w:w="1490"/>
      </w:tblGrid>
      <w:tr w:rsidR="00770F5A">
        <w:trPr>
          <w:trHeight w:hRule="exact" w:val="25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Финансовый рынок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посредники (банки, страховые компании). Услуги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финансовых посредников.</w:t>
            </w:r>
          </w:p>
          <w:p w:rsidR="00770F5A" w:rsidRPr="00E13B58" w:rsidRDefault="00E13B58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Основные типы финансовых инструментов: акции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облигации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251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 w:line="281" w:lineRule="auto"/>
              <w:ind w:left="72" w:right="288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Банковские услуги,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предоставляемые гражданам (депозит, кредит, платежная карта, денежные переводы, обмен валюты).</w:t>
            </w:r>
          </w:p>
          <w:p w:rsidR="00770F5A" w:rsidRDefault="00E13B58">
            <w:pPr>
              <w:autoSpaceDE w:val="0"/>
              <w:autoSpaceDN w:val="0"/>
              <w:spacing w:before="70" w:after="0" w:line="262" w:lineRule="auto"/>
              <w:ind w:left="72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Дистанционное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банковское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обслуживание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опрос;</w:t>
            </w:r>
          </w:p>
        </w:tc>
      </w:tr>
      <w:tr w:rsidR="00770F5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Страховые услуги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Защита прав потребителя финансовых услуг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770F5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Экономические функции домохозяйств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Потребление домашних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хозяйств. Потребительские </w:t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товары и товары длительного пользования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183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Источники доходов и расходов семьи. Семейный бюджет.</w:t>
            </w:r>
          </w:p>
          <w:p w:rsidR="00770F5A" w:rsidRPr="00E13B58" w:rsidRDefault="00E13B58">
            <w:pPr>
              <w:autoSpaceDE w:val="0"/>
              <w:autoSpaceDN w:val="0"/>
              <w:spacing w:before="70" w:after="0" w:line="271" w:lineRule="auto"/>
              <w:ind w:left="72" w:right="86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Личный финансовый </w:t>
            </w:r>
            <w:r w:rsidRPr="00E13B58">
              <w:rPr>
                <w:lang w:val="ru-RU"/>
              </w:rPr>
              <w:br/>
            </w:r>
            <w:proofErr w:type="spellStart"/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план</w:t>
            </w:r>
            <w:proofErr w:type="gramStart"/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.С</w:t>
            </w:r>
            <w:proofErr w:type="gramEnd"/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пособы</w:t>
            </w:r>
            <w:proofErr w:type="spellEnd"/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формы сбережений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100" w:after="0" w:line="262" w:lineRule="auto"/>
              <w:ind w:left="72" w:right="86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Письменный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контроль;</w:t>
            </w:r>
          </w:p>
        </w:tc>
      </w:tr>
      <w:tr w:rsidR="00770F5A">
        <w:trPr>
          <w:trHeight w:hRule="exact" w:val="284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Доходы и расходы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государства. Налоги.</w:t>
            </w:r>
          </w:p>
          <w:p w:rsidR="00770F5A" w:rsidRPr="00E13B58" w:rsidRDefault="00E13B58">
            <w:pPr>
              <w:autoSpaceDE w:val="0"/>
              <w:autoSpaceDN w:val="0"/>
              <w:spacing w:before="70" w:after="0" w:line="230" w:lineRule="auto"/>
              <w:ind w:left="7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Государственный бюджет.</w:t>
            </w:r>
          </w:p>
          <w:p w:rsidR="00770F5A" w:rsidRPr="00E13B58" w:rsidRDefault="00E13B58">
            <w:pPr>
              <w:autoSpaceDE w:val="0"/>
              <w:autoSpaceDN w:val="0"/>
              <w:spacing w:before="70" w:after="0" w:line="271" w:lineRule="auto"/>
              <w:ind w:left="72" w:right="14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Государственная бюджетная и денежно-кредитная политика Российской Федерации.</w:t>
            </w:r>
          </w:p>
          <w:p w:rsidR="00770F5A" w:rsidRPr="00E13B58" w:rsidRDefault="00E13B58">
            <w:pPr>
              <w:autoSpaceDE w:val="0"/>
              <w:autoSpaceDN w:val="0"/>
              <w:spacing w:before="70" w:after="0" w:line="262" w:lineRule="auto"/>
              <w:ind w:left="72" w:right="14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Государственная политика по развитию конкуренции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80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Обобщающий урок: Человек в экономических отношениях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770F5A" w:rsidRDefault="00770F5A">
      <w:pPr>
        <w:autoSpaceDE w:val="0"/>
        <w:autoSpaceDN w:val="0"/>
        <w:spacing w:after="0" w:line="14" w:lineRule="exact"/>
      </w:pPr>
    </w:p>
    <w:p w:rsidR="00770F5A" w:rsidRDefault="00770F5A">
      <w:pPr>
        <w:sectPr w:rsidR="00770F5A">
          <w:pgSz w:w="11900" w:h="16840"/>
          <w:pgMar w:top="284" w:right="650" w:bottom="4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70F5A" w:rsidRDefault="00770F5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74"/>
        <w:gridCol w:w="732"/>
        <w:gridCol w:w="1620"/>
        <w:gridCol w:w="1668"/>
        <w:gridCol w:w="1164"/>
        <w:gridCol w:w="1490"/>
      </w:tblGrid>
      <w:tr w:rsidR="00770F5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 w:line="271" w:lineRule="auto"/>
              <w:ind w:left="72" w:right="288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работа по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разделу: Человек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экономических отношениях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770F5A">
        <w:trPr>
          <w:trHeight w:hRule="exact" w:val="1836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81" w:lineRule="auto"/>
              <w:ind w:left="72" w:right="288"/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Культура, ее многообразие и формы. Влияние духовной культуры на формирование личности.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Современная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молодёжная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культура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150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 w:line="278" w:lineRule="auto"/>
              <w:ind w:left="72" w:right="14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Наука. Естественные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социально-гуманитарные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науки. Роль науки в развитии общества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/>
              <w:ind w:left="72" w:right="432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Образование. Личностная и общественная значимость образования в современном обществе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770F5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Образование в Российской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Федерации. </w:t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Самообразование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Политика в сфере культуры и образования в Российской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Федерации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Понятие религии. Роль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религии в жизни человека и общества. Свобода совести и свобода вероисповедания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150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Национальные и мировые религии. Религии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религиозные объединения в Российской Федерации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770F5A">
        <w:trPr>
          <w:trHeight w:hRule="exact" w:val="1166"/>
        </w:trPr>
        <w:tc>
          <w:tcPr>
            <w:tcW w:w="50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100" w:after="0" w:line="271" w:lineRule="auto"/>
              <w:ind w:right="432"/>
              <w:jc w:val="center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Что такое искусство. Виды искусств. Роль искусства в жизни человека и общества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282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Роль информации и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информационных технологий в современном мире.</w:t>
            </w:r>
          </w:p>
          <w:p w:rsidR="00770F5A" w:rsidRPr="00E13B58" w:rsidRDefault="00E13B58">
            <w:pPr>
              <w:autoSpaceDE w:val="0"/>
              <w:autoSpaceDN w:val="0"/>
              <w:spacing w:before="70" w:after="0" w:line="281" w:lineRule="auto"/>
              <w:ind w:left="72" w:right="288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Информационная культура и информационная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безопасность. Правила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безопасного поведения в </w:t>
            </w:r>
            <w:r w:rsidRPr="00E13B58">
              <w:rPr>
                <w:lang w:val="ru-RU"/>
              </w:rPr>
              <w:br/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Интернете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770F5A" w:rsidRDefault="00770F5A">
      <w:pPr>
        <w:autoSpaceDE w:val="0"/>
        <w:autoSpaceDN w:val="0"/>
        <w:spacing w:after="0" w:line="14" w:lineRule="exact"/>
      </w:pPr>
    </w:p>
    <w:p w:rsidR="00770F5A" w:rsidRDefault="00770F5A">
      <w:pPr>
        <w:sectPr w:rsidR="00770F5A">
          <w:pgSz w:w="11900" w:h="16840"/>
          <w:pgMar w:top="284" w:right="650" w:bottom="6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70F5A" w:rsidRDefault="00770F5A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04"/>
        <w:gridCol w:w="3374"/>
        <w:gridCol w:w="732"/>
        <w:gridCol w:w="1620"/>
        <w:gridCol w:w="1668"/>
        <w:gridCol w:w="1164"/>
        <w:gridCol w:w="1490"/>
      </w:tblGrid>
      <w:tr w:rsidR="00770F5A">
        <w:trPr>
          <w:trHeight w:hRule="exact" w:val="828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Обобщающий урок: Человек в мире культуры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1164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Контрольная работа по </w:t>
            </w: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разделу: Человек в мире культуры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 работа;</w:t>
            </w:r>
          </w:p>
        </w:tc>
      </w:tr>
      <w:tr w:rsidR="00770F5A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Защита проектов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770F5A">
        <w:trPr>
          <w:trHeight w:hRule="exact" w:val="492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Защита проектов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Проекты;</w:t>
            </w:r>
          </w:p>
        </w:tc>
      </w:tr>
      <w:tr w:rsidR="00770F5A">
        <w:trPr>
          <w:trHeight w:hRule="exact" w:val="830"/>
        </w:trPr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98" w:after="0" w:line="262" w:lineRule="auto"/>
              <w:ind w:right="864"/>
              <w:jc w:val="center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Итоговое повторение: Экономика и культура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70F5A">
        <w:trPr>
          <w:trHeight w:hRule="exact" w:val="808"/>
        </w:trPr>
        <w:tc>
          <w:tcPr>
            <w:tcW w:w="3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Pr="00E13B58" w:rsidRDefault="00E13B58">
            <w:pPr>
              <w:autoSpaceDE w:val="0"/>
              <w:autoSpaceDN w:val="0"/>
              <w:spacing w:before="100" w:after="0" w:line="262" w:lineRule="auto"/>
              <w:ind w:left="72" w:right="288"/>
              <w:rPr>
                <w:lang w:val="ru-RU"/>
              </w:rPr>
            </w:pPr>
            <w:r w:rsidRPr="00E13B5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E13B58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26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70F5A" w:rsidRDefault="00770F5A"/>
        </w:tc>
      </w:tr>
    </w:tbl>
    <w:p w:rsidR="00770F5A" w:rsidRDefault="00770F5A">
      <w:pPr>
        <w:autoSpaceDE w:val="0"/>
        <w:autoSpaceDN w:val="0"/>
        <w:spacing w:after="0" w:line="14" w:lineRule="exact"/>
      </w:pPr>
    </w:p>
    <w:p w:rsidR="00770F5A" w:rsidRDefault="00770F5A">
      <w:pPr>
        <w:sectPr w:rsidR="00770F5A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70F5A" w:rsidRDefault="00770F5A">
      <w:pPr>
        <w:autoSpaceDE w:val="0"/>
        <w:autoSpaceDN w:val="0"/>
        <w:spacing w:after="78" w:line="220" w:lineRule="exact"/>
      </w:pPr>
    </w:p>
    <w:p w:rsidR="00770F5A" w:rsidRDefault="00E13B58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770F5A" w:rsidRDefault="00E13B58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</w:t>
      </w:r>
      <w:r>
        <w:rPr>
          <w:rFonts w:ascii="Times New Roman" w:eastAsia="Times New Roman" w:hAnsi="Times New Roman"/>
          <w:b/>
          <w:color w:val="000000"/>
          <w:sz w:val="24"/>
        </w:rPr>
        <w:t>ЛЯ УЧЕНИКА</w:t>
      </w:r>
    </w:p>
    <w:p w:rsidR="00770F5A" w:rsidRPr="00E13B58" w:rsidRDefault="00E13B58">
      <w:pPr>
        <w:autoSpaceDE w:val="0"/>
        <w:autoSpaceDN w:val="0"/>
        <w:spacing w:before="166" w:after="0" w:line="271" w:lineRule="auto"/>
        <w:ind w:right="144"/>
        <w:rPr>
          <w:lang w:val="ru-RU"/>
        </w:rPr>
      </w:pP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Боголюбов Л.Н., </w:t>
      </w:r>
      <w:proofErr w:type="spell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Лазебникова</w:t>
      </w:r>
      <w:proofErr w:type="spell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 А.Ю., Городецкая Н.И. и другие. Обществознание. 8 </w:t>
      </w:r>
      <w:proofErr w:type="spell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кл</w:t>
      </w:r>
      <w:proofErr w:type="spell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. </w:t>
      </w:r>
      <w:proofErr w:type="spell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Издательств</w:t>
      </w:r>
      <w:proofErr w:type="gramStart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о«</w:t>
      </w:r>
      <w:proofErr w:type="gram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Просвещение</w:t>
      </w:r>
      <w:proofErr w:type="spellEnd"/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 xml:space="preserve">»; </w:t>
      </w:r>
      <w:r w:rsidRPr="00E13B58">
        <w:rPr>
          <w:lang w:val="ru-RU"/>
        </w:rPr>
        <w:br/>
      </w:r>
      <w:r w:rsidRPr="00E13B58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770F5A" w:rsidRPr="00E13B58" w:rsidRDefault="00E13B58">
      <w:pPr>
        <w:autoSpaceDE w:val="0"/>
        <w:autoSpaceDN w:val="0"/>
        <w:spacing w:before="262" w:after="0" w:line="230" w:lineRule="auto"/>
        <w:rPr>
          <w:lang w:val="ru-RU"/>
        </w:rPr>
      </w:pP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770F5A" w:rsidRPr="00E13B58" w:rsidRDefault="00E13B58">
      <w:pPr>
        <w:autoSpaceDE w:val="0"/>
        <w:autoSpaceDN w:val="0"/>
        <w:spacing w:before="262" w:after="0" w:line="230" w:lineRule="auto"/>
        <w:rPr>
          <w:lang w:val="ru-RU"/>
        </w:rPr>
      </w:pP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770F5A" w:rsidRPr="00E13B58" w:rsidRDefault="00770F5A">
      <w:pPr>
        <w:rPr>
          <w:lang w:val="ru-RU"/>
        </w:rPr>
        <w:sectPr w:rsidR="00770F5A" w:rsidRPr="00E13B58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770F5A" w:rsidRPr="00E13B58" w:rsidRDefault="00770F5A">
      <w:pPr>
        <w:autoSpaceDE w:val="0"/>
        <w:autoSpaceDN w:val="0"/>
        <w:spacing w:after="78" w:line="220" w:lineRule="exact"/>
        <w:rPr>
          <w:lang w:val="ru-RU"/>
        </w:rPr>
      </w:pPr>
    </w:p>
    <w:p w:rsidR="00770F5A" w:rsidRPr="00E13B58" w:rsidRDefault="00E13B58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E13B58">
        <w:rPr>
          <w:lang w:val="ru-RU"/>
        </w:rPr>
        <w:br/>
      </w:r>
      <w:proofErr w:type="spellStart"/>
      <w:proofErr w:type="gramStart"/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ОБ</w:t>
      </w:r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>ОРУДОВАНИЕ</w:t>
      </w:r>
      <w:proofErr w:type="spellEnd"/>
      <w:proofErr w:type="gramEnd"/>
      <w:r w:rsidRPr="00E13B58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:rsidR="00770F5A" w:rsidRPr="00E13B58" w:rsidRDefault="00770F5A">
      <w:pPr>
        <w:rPr>
          <w:lang w:val="ru-RU"/>
        </w:rPr>
        <w:sectPr w:rsidR="00770F5A" w:rsidRPr="00E13B58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000000" w:rsidRPr="00E13B58" w:rsidRDefault="00E13B58">
      <w:pPr>
        <w:rPr>
          <w:lang w:val="ru-RU"/>
        </w:rPr>
      </w:pPr>
    </w:p>
    <w:sectPr w:rsidR="00000000" w:rsidRPr="00E13B58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770F5A"/>
    <w:rsid w:val="00AA1D8D"/>
    <w:rsid w:val="00B47730"/>
    <w:rsid w:val="00CB0664"/>
    <w:rsid w:val="00E13B5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E13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E13B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E13B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E13B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BD43F3-EAC1-4C0C-AD8A-D9401A254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7312</Words>
  <Characters>41684</Characters>
  <Application>Microsoft Office Word</Application>
  <DocSecurity>0</DocSecurity>
  <Lines>347</Lines>
  <Paragraphs>97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48899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2</cp:lastModifiedBy>
  <cp:revision>2</cp:revision>
  <dcterms:created xsi:type="dcterms:W3CDTF">2022-12-15T08:39:00Z</dcterms:created>
  <dcterms:modified xsi:type="dcterms:W3CDTF">2022-12-15T08:39:00Z</dcterms:modified>
</cp:coreProperties>
</file>